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EE1F5" w14:textId="77777777" w:rsidR="00D57B9E" w:rsidRDefault="00000000">
      <w:pPr>
        <w:jc w:val="center"/>
        <w:rPr>
          <w:rFonts w:ascii="Arial" w:eastAsia="Arial" w:hAnsi="Arial" w:cs="Arial"/>
        </w:rPr>
      </w:pPr>
      <w:r>
        <w:rPr>
          <w:rFonts w:ascii="Arial" w:eastAsia="Arial" w:hAnsi="Arial" w:cs="Arial"/>
          <w:b/>
          <w:bCs/>
          <w:sz w:val="32"/>
          <w:szCs w:val="32"/>
        </w:rPr>
        <w:t>ACLP 3.0 — Applicant Intent Form</w:t>
      </w:r>
    </w:p>
    <w:p w14:paraId="52C574B2" w14:textId="77777777" w:rsidR="001738FB" w:rsidRDefault="001738FB">
      <w:pPr>
        <w:rPr>
          <w:rFonts w:ascii="Arial" w:eastAsia="Arial" w:hAnsi="Arial" w:cs="Arial"/>
          <w:i/>
          <w:iCs/>
        </w:rPr>
      </w:pPr>
      <w:r w:rsidRPr="001738FB">
        <w:rPr>
          <w:rFonts w:ascii="Arial" w:eastAsia="Arial" w:hAnsi="Arial" w:cs="Arial"/>
          <w:i/>
          <w:iCs/>
        </w:rPr>
        <w:t>This form forms part of the ACLP 3.0 application and is used to assess the applicant’s intent to practise as an adult educator.</w:t>
      </w:r>
    </w:p>
    <w:p w14:paraId="332C8554" w14:textId="446E33C9" w:rsidR="00D57B9E" w:rsidRDefault="00000000">
      <w:pPr>
        <w:rPr>
          <w:rFonts w:ascii="Arial" w:eastAsia="Arial" w:hAnsi="Arial" w:cs="Arial"/>
        </w:rPr>
      </w:pPr>
      <w:r>
        <w:rPr>
          <w:rFonts w:ascii="Arial" w:eastAsia="Arial" w:hAnsi="Arial" w:cs="Arial"/>
          <w:b/>
          <w:bCs/>
        </w:rPr>
        <w:t>How this works</w:t>
      </w:r>
    </w:p>
    <w:p w14:paraId="4E03A46F" w14:textId="77777777" w:rsidR="00D57B9E" w:rsidRDefault="00000000">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This form is designed to be quick to complete.</w:t>
      </w:r>
    </w:p>
    <w:p w14:paraId="7CC803A6" w14:textId="77777777" w:rsidR="00D57B9E" w:rsidRDefault="00000000">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Provide one piece of evidence (choose one pathway in Part B).</w:t>
      </w:r>
    </w:p>
    <w:p w14:paraId="2040E288" w14:textId="77777777" w:rsidR="00D57B9E" w:rsidRDefault="00000000">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Examples in </w:t>
      </w:r>
      <w:r>
        <w:rPr>
          <w:rFonts w:ascii="Arial" w:eastAsia="Arial" w:hAnsi="Arial" w:cs="Arial"/>
          <w:i/>
          <w:iCs/>
          <w:color w:val="000000"/>
        </w:rPr>
        <w:t>italics</w:t>
      </w:r>
      <w:r>
        <w:rPr>
          <w:rFonts w:ascii="Arial" w:eastAsia="Arial" w:hAnsi="Arial" w:cs="Arial"/>
          <w:color w:val="000000"/>
        </w:rPr>
        <w:t xml:space="preserve"> are included beneath most items to guide you.</w:t>
      </w:r>
    </w:p>
    <w:p w14:paraId="181F7085" w14:textId="77777777" w:rsidR="001738FB" w:rsidRPr="001738FB" w:rsidRDefault="00000000" w:rsidP="001738FB">
      <w:pPr>
        <w:numPr>
          <w:ilvl w:val="0"/>
          <w:numId w:val="1"/>
        </w:numPr>
        <w:pBdr>
          <w:top w:val="nil"/>
          <w:left w:val="nil"/>
          <w:bottom w:val="nil"/>
          <w:right w:val="nil"/>
          <w:between w:val="nil"/>
        </w:pBdr>
        <w:spacing w:after="0"/>
        <w:rPr>
          <w:rFonts w:ascii="Arial" w:hAnsi="Arial" w:cs="Arial"/>
        </w:rPr>
      </w:pPr>
      <w:r w:rsidRPr="001738FB">
        <w:rPr>
          <w:rFonts w:ascii="Arial" w:eastAsia="Arial" w:hAnsi="Arial" w:cs="Arial"/>
          <w:color w:val="000000"/>
        </w:rPr>
        <w:t>Typing your name counts as an e</w:t>
      </w:r>
      <w:r w:rsidRPr="001738FB">
        <w:rPr>
          <w:rFonts w:ascii="Cambria Math" w:eastAsia="Cambria Math" w:hAnsi="Cambria Math" w:cs="Cambria Math"/>
          <w:color w:val="000000"/>
        </w:rPr>
        <w:t>‑</w:t>
      </w:r>
      <w:r w:rsidRPr="001738FB">
        <w:rPr>
          <w:rFonts w:ascii="Arial" w:eastAsia="Arial" w:hAnsi="Arial" w:cs="Arial"/>
          <w:color w:val="000000"/>
        </w:rPr>
        <w:t>signature.</w:t>
      </w:r>
    </w:p>
    <w:p w14:paraId="63BDEDA2" w14:textId="3F64C67D" w:rsidR="001738FB" w:rsidRPr="001738FB" w:rsidRDefault="001738FB" w:rsidP="001738FB">
      <w:pPr>
        <w:numPr>
          <w:ilvl w:val="0"/>
          <w:numId w:val="1"/>
        </w:numPr>
        <w:pBdr>
          <w:top w:val="nil"/>
          <w:left w:val="nil"/>
          <w:bottom w:val="nil"/>
          <w:right w:val="nil"/>
          <w:between w:val="nil"/>
        </w:pBdr>
        <w:rPr>
          <w:rFonts w:ascii="Arial" w:hAnsi="Arial" w:cs="Arial"/>
        </w:rPr>
      </w:pPr>
      <w:r w:rsidRPr="001738FB">
        <w:rPr>
          <w:rFonts w:ascii="Arial" w:hAnsi="Arial" w:cs="Arial"/>
        </w:rPr>
        <w:t>Authorised Use</w:t>
      </w:r>
    </w:p>
    <w:p w14:paraId="56568325" w14:textId="77777777" w:rsidR="001738FB" w:rsidRPr="001738FB" w:rsidRDefault="001738FB" w:rsidP="001738FB">
      <w:pPr>
        <w:pBdr>
          <w:top w:val="nil"/>
          <w:left w:val="nil"/>
          <w:bottom w:val="nil"/>
          <w:right w:val="nil"/>
          <w:between w:val="nil"/>
        </w:pBdr>
        <w:ind w:left="360"/>
        <w:rPr>
          <w:rFonts w:ascii="Arial" w:eastAsia="Arial" w:hAnsi="Arial" w:cs="Arial"/>
          <w:color w:val="000000"/>
        </w:rPr>
      </w:pPr>
      <w:r w:rsidRPr="001738FB">
        <w:rPr>
          <w:rFonts w:ascii="Arial" w:eastAsia="Arial" w:hAnsi="Arial" w:cs="Arial"/>
          <w:color w:val="000000"/>
        </w:rPr>
        <w:t>This form is provided solely for individuals to state their genuine intention to apply for ACLP 3.0 and to provide information for IAL’s assessment and administration of the application process.</w:t>
      </w:r>
    </w:p>
    <w:p w14:paraId="10657378" w14:textId="77777777" w:rsidR="001738FB" w:rsidRPr="001738FB" w:rsidRDefault="001738FB" w:rsidP="001738FB">
      <w:pPr>
        <w:pBdr>
          <w:top w:val="nil"/>
          <w:left w:val="nil"/>
          <w:bottom w:val="nil"/>
          <w:right w:val="nil"/>
          <w:between w:val="nil"/>
        </w:pBdr>
        <w:ind w:left="360"/>
        <w:rPr>
          <w:rFonts w:ascii="Arial" w:eastAsia="Arial" w:hAnsi="Arial" w:cs="Arial"/>
          <w:color w:val="000000"/>
        </w:rPr>
      </w:pPr>
      <w:r w:rsidRPr="001738FB">
        <w:rPr>
          <w:rFonts w:ascii="Arial" w:eastAsia="Arial" w:hAnsi="Arial" w:cs="Arial"/>
          <w:color w:val="000000"/>
        </w:rPr>
        <w:t>The form must not be altered, reproduced, distributed, submitted or used for any misleading, fraudulent, commercial or unrelated purpose. It must not be submitted using another person’s identity or on another person’s behalf without that person’s express authorisation.</w:t>
      </w:r>
    </w:p>
    <w:p w14:paraId="3744FA8E" w14:textId="198336C3" w:rsidR="001738FB" w:rsidRDefault="001738FB" w:rsidP="001738FB">
      <w:pPr>
        <w:pBdr>
          <w:top w:val="nil"/>
          <w:left w:val="nil"/>
          <w:bottom w:val="nil"/>
          <w:right w:val="nil"/>
          <w:between w:val="nil"/>
        </w:pBdr>
        <w:ind w:left="360"/>
        <w:rPr>
          <w:rFonts w:ascii="Arial" w:eastAsia="Arial" w:hAnsi="Arial" w:cs="Arial"/>
          <w:color w:val="000000"/>
        </w:rPr>
      </w:pPr>
      <w:r w:rsidRPr="001738FB">
        <w:rPr>
          <w:rFonts w:ascii="Arial" w:eastAsia="Arial" w:hAnsi="Arial" w:cs="Arial"/>
          <w:color w:val="000000"/>
        </w:rPr>
        <w:t>IAL may disregard or reject any submission that is incomplete, inaccurate, misleading, duplicated, fabricated or submitted without proper authority, and may take appropriate action where misuse is suspected.</w:t>
      </w:r>
    </w:p>
    <w:p w14:paraId="368EEA6E" w14:textId="77777777" w:rsidR="00D57B9E" w:rsidRDefault="00000000">
      <w:pPr>
        <w:rPr>
          <w:rFonts w:ascii="Arial" w:eastAsia="Arial" w:hAnsi="Arial" w:cs="Arial"/>
        </w:rPr>
      </w:pPr>
      <w:r>
        <w:rPr>
          <w:rFonts w:ascii="Arial" w:eastAsia="Arial" w:hAnsi="Arial" w:cs="Arial"/>
          <w:b/>
          <w:bCs/>
        </w:rPr>
        <w:t>———————————————————————————————————————</w:t>
      </w:r>
    </w:p>
    <w:p w14:paraId="23C45268" w14:textId="77777777" w:rsidR="00D57B9E" w:rsidRDefault="00000000">
      <w:pPr>
        <w:rPr>
          <w:rFonts w:ascii="Arial" w:eastAsia="Arial" w:hAnsi="Arial" w:cs="Arial"/>
          <w:sz w:val="28"/>
          <w:szCs w:val="28"/>
        </w:rPr>
      </w:pPr>
      <w:r>
        <w:rPr>
          <w:rFonts w:ascii="Arial" w:eastAsia="Arial" w:hAnsi="Arial" w:cs="Arial"/>
          <w:b/>
          <w:bCs/>
          <w:sz w:val="28"/>
          <w:szCs w:val="28"/>
        </w:rPr>
        <w:t>Part A — Applicant Details (Required)</w:t>
      </w:r>
    </w:p>
    <w:p w14:paraId="3D9A2E75" w14:textId="1082DBF0" w:rsidR="00D57B9E" w:rsidRDefault="00000000">
      <w:pPr>
        <w:rPr>
          <w:rFonts w:ascii="Arial" w:eastAsia="Arial" w:hAnsi="Arial" w:cs="Arial"/>
        </w:rPr>
      </w:pPr>
      <w:r>
        <w:rPr>
          <w:rFonts w:ascii="Arial" w:eastAsia="Arial" w:hAnsi="Arial" w:cs="Arial"/>
        </w:rPr>
        <w:t>A1. Full name</w:t>
      </w:r>
      <w:r w:rsidR="001738FB">
        <w:rPr>
          <w:rFonts w:ascii="Arial" w:eastAsia="Arial" w:hAnsi="Arial" w:cs="Arial"/>
        </w:rPr>
        <w:t xml:space="preserve"> as in N</w:t>
      </w:r>
      <w:r w:rsidR="00E50389">
        <w:rPr>
          <w:rFonts w:ascii="Arial" w:eastAsia="Arial" w:hAnsi="Arial" w:cs="Arial"/>
        </w:rPr>
        <w:t>R</w:t>
      </w:r>
      <w:r w:rsidR="001738FB">
        <w:rPr>
          <w:rFonts w:ascii="Arial" w:eastAsia="Arial" w:hAnsi="Arial" w:cs="Arial"/>
        </w:rPr>
        <w:t>IC</w:t>
      </w:r>
      <w:r>
        <w:rPr>
          <w:rFonts w:ascii="Arial" w:eastAsia="Arial" w:hAnsi="Arial" w:cs="Arial"/>
        </w:rPr>
        <w:t xml:space="preserve">: </w:t>
      </w:r>
      <w:permStart w:id="363725280" w:edGrp="everyone"/>
      <w:r>
        <w:rPr>
          <w:color w:val="666666"/>
        </w:rPr>
        <w:t>Click or tap here to enter text</w:t>
      </w:r>
      <w:permEnd w:id="363725280"/>
      <w:r>
        <w:rPr>
          <w:color w:val="666666"/>
        </w:rPr>
        <w:t>.</w:t>
      </w:r>
    </w:p>
    <w:p w14:paraId="5EF50DB4" w14:textId="77777777" w:rsidR="00D57B9E" w:rsidRDefault="00000000">
      <w:pPr>
        <w:rPr>
          <w:rFonts w:ascii="Arial" w:eastAsia="Arial" w:hAnsi="Arial" w:cs="Arial"/>
        </w:rPr>
      </w:pPr>
      <w:r>
        <w:rPr>
          <w:rFonts w:ascii="Arial" w:eastAsia="Arial" w:hAnsi="Arial" w:cs="Arial"/>
        </w:rPr>
        <w:t xml:space="preserve">A2. Email: </w:t>
      </w:r>
      <w:permStart w:id="1990281773" w:edGrp="everyone"/>
      <w:r>
        <w:rPr>
          <w:color w:val="666666"/>
        </w:rPr>
        <w:t>Click or tap here to enter text</w:t>
      </w:r>
      <w:permEnd w:id="1990281773"/>
      <w:r>
        <w:rPr>
          <w:color w:val="666666"/>
        </w:rPr>
        <w:t>.</w:t>
      </w:r>
      <w:r>
        <w:rPr>
          <w:rFonts w:ascii="Arial" w:eastAsia="Arial" w:hAnsi="Arial" w:cs="Arial"/>
        </w:rPr>
        <w:t xml:space="preserve">   |   Mobile: </w:t>
      </w:r>
      <w:permStart w:id="1302812432" w:edGrp="everyone"/>
      <w:r>
        <w:rPr>
          <w:color w:val="666666"/>
        </w:rPr>
        <w:t>Click or tap here to enter text</w:t>
      </w:r>
      <w:permEnd w:id="1302812432"/>
      <w:r>
        <w:rPr>
          <w:color w:val="666666"/>
        </w:rPr>
        <w:t>.</w:t>
      </w:r>
    </w:p>
    <w:p w14:paraId="7A1B8C00" w14:textId="77777777" w:rsidR="00D57B9E" w:rsidRDefault="00000000">
      <w:pPr>
        <w:rPr>
          <w:rFonts w:ascii="Arial" w:eastAsia="Arial" w:hAnsi="Arial" w:cs="Arial"/>
        </w:rPr>
      </w:pPr>
      <w:r>
        <w:rPr>
          <w:rFonts w:ascii="Arial" w:eastAsia="Arial" w:hAnsi="Arial" w:cs="Arial"/>
        </w:rPr>
        <w:t xml:space="preserve">A3. Current role &amp; employer / business name: </w:t>
      </w:r>
    </w:p>
    <w:p w14:paraId="0DD6E57F" w14:textId="77777777" w:rsidR="00D57B9E" w:rsidRDefault="00000000">
      <w:pPr>
        <w:ind w:left="426"/>
        <w:rPr>
          <w:rFonts w:ascii="Arial" w:eastAsia="Arial" w:hAnsi="Arial" w:cs="Arial"/>
        </w:rPr>
      </w:pPr>
      <w:r>
        <w:rPr>
          <w:rFonts w:ascii="Arial" w:eastAsia="Arial" w:hAnsi="Arial" w:cs="Arial"/>
        </w:rPr>
        <w:t xml:space="preserve">Role: </w:t>
      </w:r>
      <w:permStart w:id="358314662" w:edGrp="everyone"/>
      <w:r>
        <w:rPr>
          <w:color w:val="666666"/>
        </w:rPr>
        <w:t>Click or tap here to enter text</w:t>
      </w:r>
      <w:permEnd w:id="358314662"/>
      <w:r>
        <w:rPr>
          <w:color w:val="666666"/>
        </w:rPr>
        <w:t>.</w:t>
      </w:r>
    </w:p>
    <w:p w14:paraId="082EF89B" w14:textId="77777777" w:rsidR="00D57B9E" w:rsidRDefault="00000000">
      <w:pPr>
        <w:ind w:left="426"/>
        <w:rPr>
          <w:rFonts w:ascii="Arial" w:eastAsia="Arial" w:hAnsi="Arial" w:cs="Arial"/>
        </w:rPr>
      </w:pPr>
      <w:r>
        <w:rPr>
          <w:rFonts w:ascii="Arial" w:eastAsia="Arial" w:hAnsi="Arial" w:cs="Arial"/>
        </w:rPr>
        <w:t xml:space="preserve">Employer / business name: </w:t>
      </w:r>
      <w:permStart w:id="568793707" w:edGrp="everyone"/>
      <w:r>
        <w:rPr>
          <w:color w:val="666666"/>
        </w:rPr>
        <w:t>Click or tap here to enter text</w:t>
      </w:r>
      <w:permEnd w:id="568793707"/>
      <w:r>
        <w:rPr>
          <w:color w:val="666666"/>
        </w:rPr>
        <w:t>.</w:t>
      </w:r>
    </w:p>
    <w:p w14:paraId="6D816BA6" w14:textId="77777777" w:rsidR="00D57B9E" w:rsidRDefault="00000000">
      <w:pPr>
        <w:rPr>
          <w:rFonts w:ascii="Arial" w:eastAsia="Arial" w:hAnsi="Arial" w:cs="Arial"/>
        </w:rPr>
      </w:pPr>
      <w:r>
        <w:rPr>
          <w:rFonts w:ascii="Arial" w:eastAsia="Arial" w:hAnsi="Arial" w:cs="Arial"/>
        </w:rPr>
        <w:t xml:space="preserve">A4. Industry / domain expertise (max 3): </w:t>
      </w:r>
    </w:p>
    <w:p w14:paraId="190BA31D" w14:textId="77777777" w:rsidR="00D57B9E" w:rsidRDefault="00000000">
      <w:pPr>
        <w:ind w:firstLine="426"/>
        <w:rPr>
          <w:rFonts w:ascii="Arial" w:eastAsia="Arial" w:hAnsi="Arial" w:cs="Arial"/>
          <w:i/>
          <w:iCs/>
        </w:rPr>
      </w:pPr>
      <w:r>
        <w:rPr>
          <w:rFonts w:ascii="Arial" w:eastAsia="Arial" w:hAnsi="Arial" w:cs="Arial"/>
          <w:i/>
          <w:iCs/>
        </w:rPr>
        <w:t>Example: Retail operations; Contact centre; L&amp;D generalist</w:t>
      </w:r>
    </w:p>
    <w:p w14:paraId="6E7D40E9" w14:textId="77777777" w:rsidR="00D57B9E" w:rsidRDefault="00000000">
      <w:pPr>
        <w:rPr>
          <w:rFonts w:ascii="Arial" w:eastAsia="Arial" w:hAnsi="Arial" w:cs="Arial"/>
        </w:rPr>
      </w:pPr>
      <w:r>
        <w:rPr>
          <w:rFonts w:ascii="Arial" w:eastAsia="Arial" w:hAnsi="Arial" w:cs="Arial"/>
        </w:rPr>
        <w:t xml:space="preserve">       </w:t>
      </w:r>
      <w:permStart w:id="432949776" w:edGrp="everyone"/>
      <w:r>
        <w:rPr>
          <w:color w:val="666666"/>
        </w:rPr>
        <w:t>Click or tap here to enter text</w:t>
      </w:r>
      <w:permEnd w:id="432949776"/>
      <w:r>
        <w:rPr>
          <w:color w:val="666666"/>
        </w:rPr>
        <w:t>.</w:t>
      </w:r>
      <w:r>
        <w:rPr>
          <w:rFonts w:ascii="Arial" w:eastAsia="Arial" w:hAnsi="Arial" w:cs="Arial"/>
        </w:rPr>
        <w:t xml:space="preserve"> </w:t>
      </w:r>
    </w:p>
    <w:p w14:paraId="5E1FDCB9" w14:textId="7829189E" w:rsidR="00D57B9E" w:rsidRDefault="00000000" w:rsidP="001738FB">
      <w:pPr>
        <w:rPr>
          <w:rFonts w:ascii="Arial" w:eastAsia="Arial" w:hAnsi="Arial" w:cs="Arial"/>
        </w:rPr>
      </w:pPr>
      <w:r>
        <w:rPr>
          <w:rFonts w:ascii="Arial" w:eastAsia="Arial" w:hAnsi="Arial" w:cs="Arial"/>
        </w:rPr>
        <w:t xml:space="preserve">       </w:t>
      </w:r>
      <w:r>
        <w:rPr>
          <w:rFonts w:ascii="Arial" w:eastAsia="Arial" w:hAnsi="Arial" w:cs="Arial"/>
          <w:i/>
          <w:iCs/>
        </w:rPr>
        <w:t>Hint: Use SHIFT + ENTER to go to next line</w:t>
      </w:r>
    </w:p>
    <w:p w14:paraId="080CADF5" w14:textId="00AD7049" w:rsidR="00D57B9E" w:rsidRDefault="00000000">
      <w:pPr>
        <w:rPr>
          <w:rFonts w:ascii="Arial" w:eastAsia="Arial" w:hAnsi="Arial" w:cs="Arial"/>
          <w:b/>
          <w:bCs/>
          <w:sz w:val="28"/>
          <w:szCs w:val="28"/>
        </w:rPr>
      </w:pPr>
      <w:r>
        <w:rPr>
          <w:rFonts w:ascii="Arial" w:eastAsia="Arial" w:hAnsi="Arial" w:cs="Arial"/>
        </w:rPr>
        <w:t>A5. Years of full</w:t>
      </w:r>
      <w:r>
        <w:rPr>
          <w:rFonts w:ascii="Cambria Math" w:eastAsia="Cambria Math" w:hAnsi="Cambria Math" w:cs="Cambria Math"/>
        </w:rPr>
        <w:t>‑</w:t>
      </w:r>
      <w:r>
        <w:rPr>
          <w:rFonts w:ascii="Arial" w:eastAsia="Arial" w:hAnsi="Arial" w:cs="Arial"/>
        </w:rPr>
        <w:t xml:space="preserve">time work experience:  </w:t>
      </w:r>
      <w:permStart w:id="1124822374" w:edGrp="everyone"/>
      <w:r>
        <w:rPr>
          <w:rFonts w:ascii="MS Gothic" w:eastAsia="MS Gothic" w:hAnsi="MS Gothic" w:cs="MS Gothic"/>
        </w:rPr>
        <w:t>☐</w:t>
      </w:r>
      <w:permEnd w:id="1124822374"/>
      <w:r>
        <w:rPr>
          <w:rFonts w:ascii="Arial" w:eastAsia="Arial" w:hAnsi="Arial" w:cs="Arial"/>
        </w:rPr>
        <w:t xml:space="preserve"> &lt;2   </w:t>
      </w:r>
      <w:permStart w:id="262886325" w:edGrp="everyone"/>
      <w:r>
        <w:rPr>
          <w:rFonts w:ascii="MS Gothic" w:eastAsia="MS Gothic" w:hAnsi="MS Gothic" w:cs="MS Gothic"/>
        </w:rPr>
        <w:t>☐</w:t>
      </w:r>
      <w:permEnd w:id="262886325"/>
      <w:r>
        <w:rPr>
          <w:rFonts w:ascii="Arial" w:eastAsia="Arial" w:hAnsi="Arial" w:cs="Arial"/>
        </w:rPr>
        <w:t xml:space="preserve"> 2–5   </w:t>
      </w:r>
      <w:permStart w:id="2060917394" w:edGrp="everyone"/>
      <w:r>
        <w:rPr>
          <w:rFonts w:ascii="MS Gothic" w:eastAsia="MS Gothic" w:hAnsi="MS Gothic" w:cs="MS Gothic"/>
        </w:rPr>
        <w:t>☐</w:t>
      </w:r>
      <w:permEnd w:id="2060917394"/>
      <w:r>
        <w:rPr>
          <w:rFonts w:ascii="Arial" w:eastAsia="Arial" w:hAnsi="Arial" w:cs="Arial"/>
        </w:rPr>
        <w:t xml:space="preserve"> 6–10   </w:t>
      </w:r>
      <w:permStart w:id="1116616832" w:edGrp="everyone"/>
      <w:r>
        <w:rPr>
          <w:rFonts w:ascii="MS Gothic" w:eastAsia="MS Gothic" w:hAnsi="MS Gothic" w:cs="MS Gothic"/>
        </w:rPr>
        <w:t>☐</w:t>
      </w:r>
      <w:r>
        <w:rPr>
          <w:rFonts w:ascii="Arial" w:eastAsia="Arial" w:hAnsi="Arial" w:cs="Arial"/>
        </w:rPr>
        <w:t xml:space="preserve"> </w:t>
      </w:r>
      <w:permEnd w:id="1116616832"/>
      <w:r>
        <w:rPr>
          <w:rFonts w:ascii="Arial" w:eastAsia="Arial" w:hAnsi="Arial" w:cs="Arial"/>
        </w:rPr>
        <w:t xml:space="preserve">11–15   </w:t>
      </w:r>
      <w:permStart w:id="598028525" w:edGrp="everyone"/>
      <w:r>
        <w:rPr>
          <w:rFonts w:ascii="MS Gothic" w:eastAsia="MS Gothic" w:hAnsi="MS Gothic" w:cs="MS Gothic"/>
        </w:rPr>
        <w:t>☐</w:t>
      </w:r>
      <w:permEnd w:id="598028525"/>
      <w:r>
        <w:rPr>
          <w:rFonts w:ascii="Arial" w:eastAsia="Arial" w:hAnsi="Arial" w:cs="Arial"/>
        </w:rPr>
        <w:t xml:space="preserve"> 16+</w:t>
      </w:r>
      <w:r>
        <w:br w:type="page"/>
      </w:r>
    </w:p>
    <w:p w14:paraId="697A359E" w14:textId="77777777" w:rsidR="00D57B9E" w:rsidRDefault="00000000">
      <w:pPr>
        <w:rPr>
          <w:rFonts w:ascii="Arial" w:eastAsia="Arial" w:hAnsi="Arial" w:cs="Arial"/>
          <w:sz w:val="28"/>
          <w:szCs w:val="28"/>
        </w:rPr>
      </w:pPr>
      <w:r>
        <w:rPr>
          <w:rFonts w:ascii="Arial" w:eastAsia="Arial" w:hAnsi="Arial" w:cs="Arial"/>
          <w:b/>
          <w:bCs/>
          <w:sz w:val="28"/>
          <w:szCs w:val="28"/>
        </w:rPr>
        <w:lastRenderedPageBreak/>
        <w:t>Part B — Evidence of Intent (Choose ONE pathway - I, II or III)</w:t>
      </w:r>
    </w:p>
    <w:p w14:paraId="1067CF49" w14:textId="77777777" w:rsidR="00D57B9E" w:rsidRDefault="00000000">
      <w:pPr>
        <w:rPr>
          <w:rFonts w:ascii="Arial" w:eastAsia="Arial" w:hAnsi="Arial" w:cs="Arial"/>
        </w:rPr>
      </w:pPr>
      <w:r>
        <w:rPr>
          <w:rFonts w:ascii="Arial" w:eastAsia="Arial" w:hAnsi="Arial" w:cs="Arial"/>
        </w:rPr>
        <w:t>Select ONE option only. If I or II is not feasible, use III.</w:t>
      </w:r>
    </w:p>
    <w:p w14:paraId="7987D1AC" w14:textId="77777777" w:rsidR="00D57B9E" w:rsidRDefault="00000000">
      <w:pPr>
        <w:rPr>
          <w:rFonts w:ascii="Arial" w:eastAsia="Arial" w:hAnsi="Arial" w:cs="Arial"/>
        </w:rPr>
      </w:pPr>
      <w:r>
        <w:rPr>
          <w:rFonts w:ascii="Arial" w:eastAsia="Arial" w:hAnsi="Arial" w:cs="Arial"/>
          <w:b/>
          <w:bCs/>
        </w:rPr>
        <w:t>Pathway I — Employer Support (Preferred)</w:t>
      </w:r>
    </w:p>
    <w:p w14:paraId="6A83AF7D" w14:textId="77777777" w:rsidR="00D57B9E" w:rsidRDefault="00000000">
      <w:pPr>
        <w:rPr>
          <w:rFonts w:ascii="Arial" w:eastAsia="Arial" w:hAnsi="Arial" w:cs="Arial"/>
        </w:rPr>
      </w:pPr>
      <w:r>
        <w:rPr>
          <w:rFonts w:ascii="Arial" w:eastAsia="Arial" w:hAnsi="Arial" w:cs="Arial"/>
        </w:rPr>
        <w:t>B</w:t>
      </w:r>
      <w:r>
        <w:rPr>
          <w:rFonts w:ascii="Cambria Math" w:eastAsia="Cambria Math" w:hAnsi="Cambria Math" w:cs="Cambria Math"/>
        </w:rPr>
        <w:t>‑</w:t>
      </w:r>
      <w:r>
        <w:rPr>
          <w:rFonts w:ascii="Arial" w:eastAsia="Arial" w:hAnsi="Arial" w:cs="Arial"/>
        </w:rPr>
        <w:t xml:space="preserve">I1. Company name: </w:t>
      </w:r>
      <w:permStart w:id="1585604723" w:edGrp="everyone"/>
      <w:r>
        <w:rPr>
          <w:color w:val="666666"/>
        </w:rPr>
        <w:t>Click or tap here to enter text</w:t>
      </w:r>
      <w:permEnd w:id="1585604723"/>
      <w:r>
        <w:rPr>
          <w:color w:val="666666"/>
        </w:rPr>
        <w:t>.</w:t>
      </w:r>
    </w:p>
    <w:p w14:paraId="58F03FED" w14:textId="77777777" w:rsidR="00D57B9E" w:rsidRDefault="00000000">
      <w:pPr>
        <w:rPr>
          <w:rFonts w:ascii="Arial" w:eastAsia="Arial" w:hAnsi="Arial" w:cs="Arial"/>
        </w:rPr>
      </w:pPr>
      <w:r>
        <w:rPr>
          <w:rFonts w:ascii="Arial" w:eastAsia="Arial" w:hAnsi="Arial" w:cs="Arial"/>
        </w:rPr>
        <w:t xml:space="preserve">B-I2. Industry: </w:t>
      </w:r>
      <w:permStart w:id="262227759" w:edGrp="everyone"/>
      <w:r>
        <w:rPr>
          <w:color w:val="666666"/>
        </w:rPr>
        <w:t>Click or tap here to enter text</w:t>
      </w:r>
      <w:permEnd w:id="262227759"/>
      <w:r>
        <w:rPr>
          <w:color w:val="666666"/>
        </w:rPr>
        <w:t>.</w:t>
      </w:r>
    </w:p>
    <w:p w14:paraId="13D1480F" w14:textId="77777777" w:rsidR="00D57B9E" w:rsidRDefault="00000000">
      <w:pPr>
        <w:rPr>
          <w:rFonts w:ascii="Arial" w:eastAsia="Arial" w:hAnsi="Arial" w:cs="Arial"/>
        </w:rPr>
      </w:pPr>
      <w:r>
        <w:rPr>
          <w:rFonts w:ascii="Arial" w:eastAsia="Arial" w:hAnsi="Arial" w:cs="Arial"/>
        </w:rPr>
        <w:t>B</w:t>
      </w:r>
      <w:r>
        <w:rPr>
          <w:rFonts w:ascii="Cambria Math" w:eastAsia="Cambria Math" w:hAnsi="Cambria Math" w:cs="Cambria Math"/>
        </w:rPr>
        <w:t>‑</w:t>
      </w:r>
      <w:r>
        <w:rPr>
          <w:rFonts w:ascii="Arial" w:eastAsia="Arial" w:hAnsi="Arial" w:cs="Arial"/>
        </w:rPr>
        <w:t xml:space="preserve">I3. Contact person name &amp; role: </w:t>
      </w:r>
      <w:permStart w:id="401894384" w:edGrp="everyone"/>
      <w:r>
        <w:rPr>
          <w:color w:val="666666"/>
        </w:rPr>
        <w:t>Click or tap here to enter text</w:t>
      </w:r>
      <w:permEnd w:id="401894384"/>
      <w:r>
        <w:rPr>
          <w:color w:val="666666"/>
        </w:rPr>
        <w:t>.</w:t>
      </w:r>
    </w:p>
    <w:p w14:paraId="5EC61C92" w14:textId="77777777" w:rsidR="00D57B9E" w:rsidRDefault="00000000">
      <w:pPr>
        <w:rPr>
          <w:rFonts w:ascii="Arial" w:eastAsia="Arial" w:hAnsi="Arial" w:cs="Arial"/>
        </w:rPr>
      </w:pPr>
      <w:r>
        <w:rPr>
          <w:rFonts w:ascii="Arial" w:eastAsia="Arial" w:hAnsi="Arial" w:cs="Arial"/>
        </w:rPr>
        <w:t>B</w:t>
      </w:r>
      <w:r>
        <w:rPr>
          <w:rFonts w:ascii="Cambria Math" w:eastAsia="Cambria Math" w:hAnsi="Cambria Math" w:cs="Cambria Math"/>
        </w:rPr>
        <w:t>‑</w:t>
      </w:r>
      <w:r>
        <w:rPr>
          <w:rFonts w:ascii="Arial" w:eastAsia="Arial" w:hAnsi="Arial" w:cs="Arial"/>
        </w:rPr>
        <w:t xml:space="preserve">I4. Contact person (email): </w:t>
      </w:r>
      <w:permStart w:id="469002294" w:edGrp="everyone"/>
      <w:r>
        <w:rPr>
          <w:color w:val="666666"/>
        </w:rPr>
        <w:t>Click or tap here to enter text.</w:t>
      </w:r>
      <w:permEnd w:id="469002294"/>
    </w:p>
    <w:p w14:paraId="714304EC" w14:textId="77777777" w:rsidR="00D57B9E" w:rsidRDefault="00000000">
      <w:pPr>
        <w:rPr>
          <w:rFonts w:ascii="Arial" w:eastAsia="Arial" w:hAnsi="Arial" w:cs="Arial"/>
        </w:rPr>
      </w:pPr>
      <w:r>
        <w:rPr>
          <w:rFonts w:ascii="Arial" w:eastAsia="Arial" w:hAnsi="Arial" w:cs="Arial"/>
        </w:rPr>
        <w:t>B</w:t>
      </w:r>
      <w:r>
        <w:rPr>
          <w:rFonts w:ascii="Cambria Math" w:eastAsia="Cambria Math" w:hAnsi="Cambria Math" w:cs="Cambria Math"/>
        </w:rPr>
        <w:t>‑</w:t>
      </w:r>
      <w:r>
        <w:rPr>
          <w:rFonts w:ascii="Arial" w:eastAsia="Arial" w:hAnsi="Arial" w:cs="Arial"/>
        </w:rPr>
        <w:t>I5. Employer statement (paste or type):</w:t>
      </w:r>
    </w:p>
    <w:p w14:paraId="3320C38D" w14:textId="77777777" w:rsidR="00D57B9E"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50–120 words confirming training responsibilities/opportunities within 12 months of graduation.</w:t>
      </w:r>
    </w:p>
    <w:p w14:paraId="0AFACEC5" w14:textId="77777777" w:rsidR="00D57B9E" w:rsidRDefault="00000000">
      <w:pPr>
        <w:rPr>
          <w:rFonts w:ascii="Arial" w:eastAsia="Arial" w:hAnsi="Arial" w:cs="Arial"/>
        </w:rPr>
      </w:pPr>
      <w:r>
        <w:rPr>
          <w:rFonts w:ascii="Arial" w:eastAsia="Arial" w:hAnsi="Arial" w:cs="Arial"/>
          <w:i/>
          <w:iCs/>
        </w:rPr>
        <w:t>Template: “I, [Name], [Job Title] at [Company], confirm that [Applicant] will (a) conduct or co</w:t>
      </w:r>
      <w:r>
        <w:rPr>
          <w:rFonts w:ascii="Cambria Math" w:eastAsia="Cambria Math" w:hAnsi="Cambria Math" w:cs="Cambria Math"/>
          <w:i/>
          <w:iCs/>
        </w:rPr>
        <w:t>‑</w:t>
      </w:r>
      <w:r>
        <w:rPr>
          <w:rFonts w:ascii="Arial" w:eastAsia="Arial" w:hAnsi="Arial" w:cs="Arial"/>
          <w:i/>
          <w:iCs/>
        </w:rPr>
        <w:t>facilitate [type of training] for [learner group] from [month/year], and (b) be given time and access to apply ACLP competencies. I support his/her application.”</w:t>
      </w:r>
    </w:p>
    <w:p w14:paraId="52DB072D" w14:textId="77777777" w:rsidR="00D57B9E" w:rsidRDefault="00000000">
      <w:pPr>
        <w:rPr>
          <w:rFonts w:ascii="Arial" w:eastAsia="Arial" w:hAnsi="Arial" w:cs="Arial"/>
        </w:rPr>
      </w:pPr>
      <w:permStart w:id="1334079954" w:edGrp="everyone"/>
      <w:r>
        <w:rPr>
          <w:color w:val="666666"/>
        </w:rPr>
        <w:t>Click or tap here to enter text</w:t>
      </w:r>
      <w:permEnd w:id="1334079954"/>
      <w:r>
        <w:rPr>
          <w:color w:val="666666"/>
        </w:rPr>
        <w:t>.</w:t>
      </w:r>
    </w:p>
    <w:p w14:paraId="37AF183F" w14:textId="77777777" w:rsidR="00D57B9E" w:rsidRDefault="00D57B9E">
      <w:pPr>
        <w:rPr>
          <w:rFonts w:ascii="Arial" w:eastAsia="Arial" w:hAnsi="Arial" w:cs="Arial"/>
        </w:rPr>
      </w:pPr>
    </w:p>
    <w:p w14:paraId="53420CFD" w14:textId="77777777" w:rsidR="00D57B9E" w:rsidRDefault="00000000">
      <w:pPr>
        <w:rPr>
          <w:rFonts w:ascii="Arial" w:eastAsia="Arial" w:hAnsi="Arial" w:cs="Arial"/>
        </w:rPr>
      </w:pPr>
      <w:r>
        <w:rPr>
          <w:rFonts w:ascii="Arial" w:eastAsia="Arial" w:hAnsi="Arial" w:cs="Arial"/>
        </w:rPr>
        <w:t>B</w:t>
      </w:r>
      <w:r>
        <w:rPr>
          <w:rFonts w:ascii="Cambria Math" w:eastAsia="Cambria Math" w:hAnsi="Cambria Math" w:cs="Cambria Math"/>
        </w:rPr>
        <w:t>‑</w:t>
      </w:r>
      <w:r>
        <w:rPr>
          <w:rFonts w:ascii="Arial" w:eastAsia="Arial" w:hAnsi="Arial" w:cs="Arial"/>
        </w:rPr>
        <w:t>I6. Company sign</w:t>
      </w:r>
      <w:r>
        <w:rPr>
          <w:rFonts w:ascii="Cambria Math" w:eastAsia="Cambria Math" w:hAnsi="Cambria Math" w:cs="Cambria Math"/>
        </w:rPr>
        <w:t>‑</w:t>
      </w:r>
      <w:r>
        <w:rPr>
          <w:rFonts w:ascii="Arial" w:eastAsia="Arial" w:hAnsi="Arial" w:cs="Arial"/>
        </w:rPr>
        <w:t>off:</w:t>
      </w:r>
    </w:p>
    <w:p w14:paraId="27F93987" w14:textId="77777777" w:rsidR="00D57B9E" w:rsidRDefault="00000000">
      <w:pPr>
        <w:rPr>
          <w:rFonts w:ascii="Arial" w:eastAsia="Arial" w:hAnsi="Arial" w:cs="Arial"/>
        </w:rPr>
      </w:pPr>
      <w:r>
        <w:rPr>
          <w:rFonts w:ascii="Arial" w:eastAsia="Arial" w:hAnsi="Arial" w:cs="Arial"/>
        </w:rPr>
        <w:t xml:space="preserve">Contact name: </w:t>
      </w:r>
      <w:permStart w:id="1329024106" w:edGrp="everyone"/>
      <w:r>
        <w:rPr>
          <w:color w:val="666666"/>
        </w:rPr>
        <w:t>Click or tap here to enter text</w:t>
      </w:r>
      <w:permEnd w:id="1329024106"/>
      <w:r>
        <w:rPr>
          <w:color w:val="666666"/>
        </w:rPr>
        <w:t>.</w:t>
      </w:r>
      <w:r>
        <w:rPr>
          <w:rFonts w:ascii="Arial" w:eastAsia="Arial" w:hAnsi="Arial" w:cs="Arial"/>
        </w:rPr>
        <w:t xml:space="preserve">   </w:t>
      </w:r>
    </w:p>
    <w:p w14:paraId="1F20ADF0" w14:textId="77777777" w:rsidR="00D57B9E" w:rsidRDefault="00000000">
      <w:pPr>
        <w:rPr>
          <w:rFonts w:ascii="Arial" w:eastAsia="Arial" w:hAnsi="Arial" w:cs="Arial"/>
        </w:rPr>
      </w:pPr>
      <w:r>
        <w:rPr>
          <w:rFonts w:ascii="Arial" w:eastAsia="Arial" w:hAnsi="Arial" w:cs="Arial"/>
        </w:rPr>
        <w:t xml:space="preserve">Date (DD/MM/YYYY): </w:t>
      </w:r>
      <w:permStart w:id="1510422493" w:edGrp="everyone"/>
      <w:r>
        <w:rPr>
          <w:color w:val="666666"/>
        </w:rPr>
        <w:t>Click or tap here to enter text</w:t>
      </w:r>
      <w:permEnd w:id="1510422493"/>
      <w:r>
        <w:rPr>
          <w:color w:val="666666"/>
        </w:rPr>
        <w:t>.</w:t>
      </w:r>
    </w:p>
    <w:p w14:paraId="43BD8503" w14:textId="77777777" w:rsidR="00D57B9E" w:rsidRDefault="00000000">
      <w:pPr>
        <w:rPr>
          <w:rFonts w:ascii="Arial" w:eastAsia="Arial" w:hAnsi="Arial" w:cs="Arial"/>
          <w:b/>
          <w:bCs/>
          <w:i/>
          <w:iCs/>
        </w:rPr>
      </w:pPr>
      <w:r>
        <w:rPr>
          <w:rFonts w:ascii="Arial" w:eastAsia="Arial" w:hAnsi="Arial" w:cs="Arial"/>
          <w:b/>
          <w:bCs/>
          <w:i/>
          <w:iCs/>
        </w:rPr>
        <w:t>Note: Company may be contacted for verification.</w:t>
      </w:r>
    </w:p>
    <w:p w14:paraId="58A4A01A" w14:textId="77777777" w:rsidR="00D57B9E" w:rsidRDefault="00D57B9E">
      <w:pPr>
        <w:rPr>
          <w:rFonts w:ascii="Arial" w:eastAsia="Arial" w:hAnsi="Arial" w:cs="Arial"/>
        </w:rPr>
      </w:pPr>
    </w:p>
    <w:p w14:paraId="3E9EE162" w14:textId="77777777" w:rsidR="00D57B9E" w:rsidRDefault="00000000">
      <w:pPr>
        <w:rPr>
          <w:rFonts w:ascii="Arial" w:eastAsia="Arial" w:hAnsi="Arial" w:cs="Arial"/>
          <w:b/>
          <w:bCs/>
        </w:rPr>
      </w:pPr>
      <w:r>
        <w:rPr>
          <w:rFonts w:ascii="Arial" w:eastAsia="Arial" w:hAnsi="Arial" w:cs="Arial"/>
          <w:b/>
          <w:bCs/>
        </w:rPr>
        <w:t>———————————————————————————————————————</w:t>
      </w:r>
      <w:r>
        <w:br w:type="page"/>
      </w:r>
    </w:p>
    <w:p w14:paraId="70394191" w14:textId="77777777" w:rsidR="00D57B9E" w:rsidRDefault="00000000">
      <w:pPr>
        <w:rPr>
          <w:rFonts w:ascii="Arial" w:eastAsia="Arial" w:hAnsi="Arial" w:cs="Arial"/>
        </w:rPr>
      </w:pPr>
      <w:r>
        <w:rPr>
          <w:rFonts w:ascii="Arial" w:eastAsia="Arial" w:hAnsi="Arial" w:cs="Arial"/>
          <w:b/>
          <w:bCs/>
        </w:rPr>
        <w:lastRenderedPageBreak/>
        <w:t>Pathway II — Referral Testimonial (Industry Practitioner / Client)</w:t>
      </w:r>
    </w:p>
    <w:p w14:paraId="5F955721" w14:textId="77777777" w:rsidR="00D57B9E" w:rsidRDefault="00000000">
      <w:pPr>
        <w:rPr>
          <w:rFonts w:ascii="Arial" w:eastAsia="Arial" w:hAnsi="Arial" w:cs="Arial"/>
        </w:rPr>
      </w:pPr>
      <w:r>
        <w:rPr>
          <w:rFonts w:ascii="Arial" w:eastAsia="Arial" w:hAnsi="Arial" w:cs="Arial"/>
        </w:rPr>
        <w:t>Who may refer: A L&amp;D practitioner, adult educator, or client who has observed your potential or delivery (not a family member).</w:t>
      </w:r>
    </w:p>
    <w:p w14:paraId="7F3C65C6" w14:textId="77777777" w:rsidR="00D57B9E" w:rsidRDefault="00000000">
      <w:pPr>
        <w:rPr>
          <w:rFonts w:ascii="Arial" w:eastAsia="Arial" w:hAnsi="Arial" w:cs="Arial"/>
        </w:rPr>
      </w:pPr>
      <w:r>
        <w:rPr>
          <w:rFonts w:ascii="Arial" w:eastAsia="Arial" w:hAnsi="Arial" w:cs="Arial"/>
        </w:rPr>
        <w:t>B</w:t>
      </w:r>
      <w:r>
        <w:rPr>
          <w:rFonts w:ascii="Cambria Math" w:eastAsia="Cambria Math" w:hAnsi="Cambria Math" w:cs="Cambria Math"/>
        </w:rPr>
        <w:t>‑</w:t>
      </w:r>
      <w:r>
        <w:rPr>
          <w:rFonts w:ascii="Arial" w:eastAsia="Arial" w:hAnsi="Arial" w:cs="Arial"/>
        </w:rPr>
        <w:t xml:space="preserve">II1. Referee’s name &amp; role: </w:t>
      </w:r>
      <w:permStart w:id="243168760" w:edGrp="everyone"/>
      <w:r>
        <w:rPr>
          <w:color w:val="666666"/>
        </w:rPr>
        <w:t>Click or tap here to enter text</w:t>
      </w:r>
      <w:permEnd w:id="243168760"/>
      <w:r>
        <w:rPr>
          <w:color w:val="666666"/>
        </w:rPr>
        <w:t>.</w:t>
      </w:r>
    </w:p>
    <w:p w14:paraId="4B19667F" w14:textId="77777777" w:rsidR="00D57B9E" w:rsidRDefault="00000000">
      <w:pPr>
        <w:rPr>
          <w:rFonts w:ascii="Arial" w:eastAsia="Arial" w:hAnsi="Arial" w:cs="Arial"/>
        </w:rPr>
      </w:pPr>
      <w:r>
        <w:rPr>
          <w:rFonts w:ascii="Arial" w:eastAsia="Arial" w:hAnsi="Arial" w:cs="Arial"/>
        </w:rPr>
        <w:t xml:space="preserve">B-II2. Industry: </w:t>
      </w:r>
      <w:permStart w:id="2016757991" w:edGrp="everyone"/>
      <w:r>
        <w:rPr>
          <w:color w:val="666666"/>
        </w:rPr>
        <w:t>Click or tap here to enter text</w:t>
      </w:r>
      <w:permEnd w:id="2016757991"/>
      <w:r>
        <w:rPr>
          <w:color w:val="666666"/>
        </w:rPr>
        <w:t>.</w:t>
      </w:r>
    </w:p>
    <w:p w14:paraId="287E02DC" w14:textId="77777777" w:rsidR="00D57B9E" w:rsidRDefault="00000000">
      <w:pPr>
        <w:rPr>
          <w:rFonts w:ascii="Arial" w:eastAsia="Arial" w:hAnsi="Arial" w:cs="Arial"/>
        </w:rPr>
      </w:pPr>
      <w:r>
        <w:rPr>
          <w:rFonts w:ascii="Arial" w:eastAsia="Arial" w:hAnsi="Arial" w:cs="Arial"/>
        </w:rPr>
        <w:t xml:space="preserve">B-II3. Referee’s company name: </w:t>
      </w:r>
      <w:permStart w:id="1107762118" w:edGrp="everyone"/>
      <w:r>
        <w:rPr>
          <w:color w:val="666666"/>
        </w:rPr>
        <w:t>Click or tap here to enter text</w:t>
      </w:r>
      <w:permEnd w:id="1107762118"/>
      <w:r>
        <w:rPr>
          <w:color w:val="666666"/>
        </w:rPr>
        <w:t>.</w:t>
      </w:r>
    </w:p>
    <w:p w14:paraId="05407AE8" w14:textId="471C64A2" w:rsidR="00D57B9E" w:rsidRDefault="00000000">
      <w:pPr>
        <w:rPr>
          <w:rFonts w:ascii="Arial" w:eastAsia="Arial" w:hAnsi="Arial" w:cs="Arial"/>
        </w:rPr>
      </w:pPr>
      <w:r>
        <w:rPr>
          <w:rFonts w:ascii="Arial" w:eastAsia="Arial" w:hAnsi="Arial" w:cs="Arial"/>
        </w:rPr>
        <w:t>B</w:t>
      </w:r>
      <w:r>
        <w:rPr>
          <w:rFonts w:ascii="Cambria Math" w:eastAsia="Cambria Math" w:hAnsi="Cambria Math" w:cs="Cambria Math"/>
        </w:rPr>
        <w:t>‑</w:t>
      </w:r>
      <w:r>
        <w:rPr>
          <w:rFonts w:ascii="Arial" w:eastAsia="Arial" w:hAnsi="Arial" w:cs="Arial"/>
        </w:rPr>
        <w:t>II</w:t>
      </w:r>
      <w:r w:rsidR="001738FB">
        <w:rPr>
          <w:rFonts w:ascii="Arial" w:eastAsia="Arial" w:hAnsi="Arial" w:cs="Arial"/>
        </w:rPr>
        <w:t>4</w:t>
      </w:r>
      <w:r>
        <w:rPr>
          <w:rFonts w:ascii="Arial" w:eastAsia="Arial" w:hAnsi="Arial" w:cs="Arial"/>
        </w:rPr>
        <w:t xml:space="preserve">. Relationship to applicant: </w:t>
      </w:r>
      <w:permStart w:id="1651785384" w:edGrp="everyone"/>
      <w:r>
        <w:rPr>
          <w:color w:val="666666"/>
        </w:rPr>
        <w:t>Click or tap here to enter text</w:t>
      </w:r>
      <w:permEnd w:id="1651785384"/>
      <w:r>
        <w:rPr>
          <w:color w:val="666666"/>
        </w:rPr>
        <w:t>.</w:t>
      </w:r>
    </w:p>
    <w:p w14:paraId="15B7C69D" w14:textId="646C6A73" w:rsidR="00D57B9E" w:rsidRDefault="00000000">
      <w:pPr>
        <w:rPr>
          <w:rFonts w:ascii="Arial" w:eastAsia="Arial" w:hAnsi="Arial" w:cs="Arial"/>
        </w:rPr>
      </w:pPr>
      <w:r>
        <w:rPr>
          <w:rFonts w:ascii="Arial" w:eastAsia="Arial" w:hAnsi="Arial" w:cs="Arial"/>
        </w:rPr>
        <w:t>B</w:t>
      </w:r>
      <w:r>
        <w:rPr>
          <w:rFonts w:ascii="Cambria Math" w:eastAsia="Cambria Math" w:hAnsi="Cambria Math" w:cs="Cambria Math"/>
        </w:rPr>
        <w:t>‑</w:t>
      </w:r>
      <w:r>
        <w:rPr>
          <w:rFonts w:ascii="Arial" w:eastAsia="Arial" w:hAnsi="Arial" w:cs="Arial"/>
        </w:rPr>
        <w:t>II</w:t>
      </w:r>
      <w:r w:rsidR="001738FB">
        <w:rPr>
          <w:rFonts w:ascii="Arial" w:eastAsia="Arial" w:hAnsi="Arial" w:cs="Arial"/>
        </w:rPr>
        <w:t>5</w:t>
      </w:r>
      <w:r>
        <w:rPr>
          <w:rFonts w:ascii="Arial" w:eastAsia="Arial" w:hAnsi="Arial" w:cs="Arial"/>
        </w:rPr>
        <w:t xml:space="preserve">. Referee’s Contact (email): </w:t>
      </w:r>
      <w:permStart w:id="1159353344" w:edGrp="everyone"/>
      <w:r>
        <w:rPr>
          <w:color w:val="666666"/>
        </w:rPr>
        <w:t>Click or tap here to enter text</w:t>
      </w:r>
      <w:permEnd w:id="1159353344"/>
      <w:r>
        <w:rPr>
          <w:color w:val="666666"/>
        </w:rPr>
        <w:t>.</w:t>
      </w:r>
    </w:p>
    <w:p w14:paraId="464B2E94" w14:textId="66BC4C9E" w:rsidR="00D57B9E" w:rsidRDefault="00000000">
      <w:pPr>
        <w:rPr>
          <w:rFonts w:ascii="Arial" w:eastAsia="Arial" w:hAnsi="Arial" w:cs="Arial"/>
        </w:rPr>
      </w:pPr>
      <w:r>
        <w:rPr>
          <w:rFonts w:ascii="Arial" w:eastAsia="Arial" w:hAnsi="Arial" w:cs="Arial"/>
        </w:rPr>
        <w:t>B</w:t>
      </w:r>
      <w:r>
        <w:rPr>
          <w:rFonts w:ascii="Cambria Math" w:eastAsia="Cambria Math" w:hAnsi="Cambria Math" w:cs="Cambria Math"/>
        </w:rPr>
        <w:t>‑</w:t>
      </w:r>
      <w:r>
        <w:rPr>
          <w:rFonts w:ascii="Arial" w:eastAsia="Arial" w:hAnsi="Arial" w:cs="Arial"/>
        </w:rPr>
        <w:t>II</w:t>
      </w:r>
      <w:r w:rsidR="001738FB">
        <w:rPr>
          <w:rFonts w:ascii="Arial" w:eastAsia="Arial" w:hAnsi="Arial" w:cs="Arial"/>
        </w:rPr>
        <w:t>6</w:t>
      </w:r>
      <w:r>
        <w:rPr>
          <w:rFonts w:ascii="Arial" w:eastAsia="Arial" w:hAnsi="Arial" w:cs="Arial"/>
        </w:rPr>
        <w:t>. Testimonial (100–150 words):</w:t>
      </w:r>
    </w:p>
    <w:p w14:paraId="4D46D0C9" w14:textId="77777777" w:rsidR="00D57B9E"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Prompt the referrer to </w:t>
      </w:r>
      <w:proofErr w:type="gramStart"/>
      <w:r>
        <w:rPr>
          <w:rFonts w:ascii="Arial" w:eastAsia="Arial" w:hAnsi="Arial" w:cs="Arial"/>
          <w:color w:val="000000"/>
        </w:rPr>
        <w:t>cover:</w:t>
      </w:r>
      <w:proofErr w:type="gramEnd"/>
      <w:r>
        <w:rPr>
          <w:rFonts w:ascii="Arial" w:eastAsia="Arial" w:hAnsi="Arial" w:cs="Arial"/>
          <w:color w:val="000000"/>
        </w:rPr>
        <w:t xml:space="preserve"> context, what was observed, impact, readiness to educate adults.</w:t>
      </w:r>
    </w:p>
    <w:p w14:paraId="30C493E0" w14:textId="77777777" w:rsidR="00D57B9E" w:rsidRDefault="00000000">
      <w:pPr>
        <w:rPr>
          <w:rFonts w:ascii="Arial" w:eastAsia="Arial" w:hAnsi="Arial" w:cs="Arial"/>
        </w:rPr>
      </w:pPr>
      <w:r>
        <w:rPr>
          <w:rFonts w:ascii="Arial" w:eastAsia="Arial" w:hAnsi="Arial" w:cs="Arial"/>
          <w:i/>
          <w:iCs/>
        </w:rPr>
        <w:t>Example excerpt: “I engaged [Applicant] to brief 25 frontline staff on POS changes. They structured content clearly, handled Q&amp;A confidently, and created a simple job aid that reduced errors by ~30% in the first month. I believe they are ready to formalise their skills through ACLP.”</w:t>
      </w:r>
    </w:p>
    <w:p w14:paraId="0069BE96" w14:textId="77777777" w:rsidR="00D57B9E" w:rsidRDefault="00000000">
      <w:pPr>
        <w:rPr>
          <w:rFonts w:ascii="Arial" w:eastAsia="Arial" w:hAnsi="Arial" w:cs="Arial"/>
        </w:rPr>
      </w:pPr>
      <w:permStart w:id="1955939295" w:edGrp="everyone"/>
      <w:r>
        <w:rPr>
          <w:color w:val="666666"/>
        </w:rPr>
        <w:t>Click or tap here to enter text</w:t>
      </w:r>
      <w:permEnd w:id="1955939295"/>
      <w:r>
        <w:rPr>
          <w:color w:val="666666"/>
        </w:rPr>
        <w:t>.</w:t>
      </w:r>
    </w:p>
    <w:p w14:paraId="73C13B88" w14:textId="77777777" w:rsidR="00D57B9E" w:rsidRDefault="00D57B9E">
      <w:pPr>
        <w:rPr>
          <w:rFonts w:ascii="Arial" w:eastAsia="Arial" w:hAnsi="Arial" w:cs="Arial"/>
        </w:rPr>
      </w:pPr>
    </w:p>
    <w:p w14:paraId="5715D5B4" w14:textId="4A0A36C6" w:rsidR="00D57B9E" w:rsidRDefault="00000000">
      <w:pPr>
        <w:rPr>
          <w:rFonts w:ascii="Arial" w:eastAsia="Arial" w:hAnsi="Arial" w:cs="Arial"/>
        </w:rPr>
      </w:pPr>
      <w:r>
        <w:rPr>
          <w:rFonts w:ascii="Arial" w:eastAsia="Arial" w:hAnsi="Arial" w:cs="Arial"/>
        </w:rPr>
        <w:t>B</w:t>
      </w:r>
      <w:r>
        <w:rPr>
          <w:rFonts w:ascii="Cambria Math" w:eastAsia="Cambria Math" w:hAnsi="Cambria Math" w:cs="Cambria Math"/>
        </w:rPr>
        <w:t>‑</w:t>
      </w:r>
      <w:r>
        <w:rPr>
          <w:rFonts w:ascii="Arial" w:eastAsia="Arial" w:hAnsi="Arial" w:cs="Arial"/>
        </w:rPr>
        <w:t>II</w:t>
      </w:r>
      <w:r w:rsidR="001738FB">
        <w:rPr>
          <w:rFonts w:ascii="Arial" w:eastAsia="Arial" w:hAnsi="Arial" w:cs="Arial"/>
        </w:rPr>
        <w:t>7</w:t>
      </w:r>
      <w:r>
        <w:rPr>
          <w:rFonts w:ascii="Arial" w:eastAsia="Arial" w:hAnsi="Arial" w:cs="Arial"/>
        </w:rPr>
        <w:t>. Referee sign</w:t>
      </w:r>
      <w:r>
        <w:rPr>
          <w:rFonts w:ascii="Cambria Math" w:eastAsia="Cambria Math" w:hAnsi="Cambria Math" w:cs="Cambria Math"/>
        </w:rPr>
        <w:t>‑</w:t>
      </w:r>
      <w:r>
        <w:rPr>
          <w:rFonts w:ascii="Arial" w:eastAsia="Arial" w:hAnsi="Arial" w:cs="Arial"/>
        </w:rPr>
        <w:t>off:</w:t>
      </w:r>
    </w:p>
    <w:p w14:paraId="7BB44802" w14:textId="77777777" w:rsidR="00D57B9E" w:rsidRDefault="00000000">
      <w:pPr>
        <w:rPr>
          <w:rFonts w:ascii="Arial" w:eastAsia="Arial" w:hAnsi="Arial" w:cs="Arial"/>
        </w:rPr>
      </w:pPr>
      <w:r>
        <w:rPr>
          <w:rFonts w:ascii="Arial" w:eastAsia="Arial" w:hAnsi="Arial" w:cs="Arial"/>
        </w:rPr>
        <w:t xml:space="preserve">Referee’s name: </w:t>
      </w:r>
      <w:permStart w:id="916984797" w:edGrp="everyone"/>
      <w:r>
        <w:rPr>
          <w:color w:val="666666"/>
        </w:rPr>
        <w:t>Click or tap here to enter text</w:t>
      </w:r>
      <w:permEnd w:id="916984797"/>
      <w:r>
        <w:rPr>
          <w:color w:val="666666"/>
        </w:rPr>
        <w:t>.</w:t>
      </w:r>
      <w:r>
        <w:rPr>
          <w:rFonts w:ascii="Arial" w:eastAsia="Arial" w:hAnsi="Arial" w:cs="Arial"/>
        </w:rPr>
        <w:t xml:space="preserve">   </w:t>
      </w:r>
    </w:p>
    <w:p w14:paraId="4E3B6AF6" w14:textId="77777777" w:rsidR="00D57B9E" w:rsidRDefault="00000000">
      <w:pPr>
        <w:rPr>
          <w:rFonts w:ascii="Arial" w:eastAsia="Arial" w:hAnsi="Arial" w:cs="Arial"/>
        </w:rPr>
      </w:pPr>
      <w:r>
        <w:rPr>
          <w:rFonts w:ascii="Arial" w:eastAsia="Arial" w:hAnsi="Arial" w:cs="Arial"/>
        </w:rPr>
        <w:t xml:space="preserve">Date (DD/MM/YYY): </w:t>
      </w:r>
      <w:permStart w:id="1592008394" w:edGrp="everyone"/>
      <w:r>
        <w:rPr>
          <w:color w:val="666666"/>
        </w:rPr>
        <w:t>Click or tap here to enter text</w:t>
      </w:r>
      <w:permEnd w:id="1592008394"/>
      <w:r>
        <w:rPr>
          <w:color w:val="666666"/>
        </w:rPr>
        <w:t>.</w:t>
      </w:r>
    </w:p>
    <w:p w14:paraId="5883517B" w14:textId="77777777" w:rsidR="00D57B9E" w:rsidRDefault="00000000">
      <w:pPr>
        <w:rPr>
          <w:rFonts w:ascii="Arial" w:eastAsia="Arial" w:hAnsi="Arial" w:cs="Arial"/>
          <w:b/>
          <w:bCs/>
          <w:i/>
          <w:iCs/>
        </w:rPr>
      </w:pPr>
      <w:r>
        <w:rPr>
          <w:rFonts w:ascii="Arial" w:eastAsia="Arial" w:hAnsi="Arial" w:cs="Arial"/>
          <w:b/>
          <w:bCs/>
          <w:i/>
          <w:iCs/>
        </w:rPr>
        <w:t>Note: Referee may be contacted for verification.</w:t>
      </w:r>
    </w:p>
    <w:p w14:paraId="40D9CE06" w14:textId="77777777" w:rsidR="00D57B9E" w:rsidRDefault="00000000">
      <w:pPr>
        <w:rPr>
          <w:rFonts w:ascii="Arial" w:eastAsia="Arial" w:hAnsi="Arial" w:cs="Arial"/>
          <w:b/>
          <w:bCs/>
        </w:rPr>
      </w:pPr>
      <w:r>
        <w:rPr>
          <w:rFonts w:ascii="Arial" w:eastAsia="Arial" w:hAnsi="Arial" w:cs="Arial"/>
          <w:b/>
          <w:bCs/>
        </w:rPr>
        <w:t>———————————————————————————————————————</w:t>
      </w:r>
    </w:p>
    <w:p w14:paraId="7EC19D0F" w14:textId="77777777" w:rsidR="00D57B9E" w:rsidRDefault="00000000">
      <w:pPr>
        <w:rPr>
          <w:rFonts w:ascii="Arial" w:eastAsia="Arial" w:hAnsi="Arial" w:cs="Arial"/>
          <w:b/>
          <w:bCs/>
        </w:rPr>
      </w:pPr>
      <w:r>
        <w:br w:type="page"/>
      </w:r>
    </w:p>
    <w:p w14:paraId="64B34354" w14:textId="77777777" w:rsidR="00D57B9E" w:rsidRDefault="00000000">
      <w:pPr>
        <w:rPr>
          <w:rFonts w:ascii="Arial" w:eastAsia="Arial" w:hAnsi="Arial" w:cs="Arial"/>
        </w:rPr>
      </w:pPr>
      <w:r>
        <w:rPr>
          <w:rFonts w:ascii="Arial" w:eastAsia="Arial" w:hAnsi="Arial" w:cs="Arial"/>
          <w:b/>
          <w:bCs/>
        </w:rPr>
        <w:lastRenderedPageBreak/>
        <w:t xml:space="preserve">Pathway III — Applicant’s Statement of Intent </w:t>
      </w:r>
    </w:p>
    <w:p w14:paraId="4C2AE986" w14:textId="77777777" w:rsidR="00D57B9E" w:rsidRDefault="00000000">
      <w:pPr>
        <w:rPr>
          <w:rFonts w:ascii="Arial" w:eastAsia="Arial" w:hAnsi="Arial" w:cs="Arial"/>
        </w:rPr>
      </w:pPr>
      <w:r>
        <w:rPr>
          <w:rFonts w:ascii="Arial" w:eastAsia="Arial" w:hAnsi="Arial" w:cs="Arial"/>
        </w:rPr>
        <w:t>Use this if you don’t have an employer sponsor or referrer.</w:t>
      </w:r>
    </w:p>
    <w:p w14:paraId="254D84C3" w14:textId="77777777" w:rsidR="00D57B9E" w:rsidRDefault="00000000">
      <w:pPr>
        <w:rPr>
          <w:rFonts w:ascii="Arial" w:eastAsia="Arial" w:hAnsi="Arial" w:cs="Arial"/>
        </w:rPr>
      </w:pPr>
      <w:r>
        <w:rPr>
          <w:rFonts w:ascii="Arial" w:eastAsia="Arial" w:hAnsi="Arial" w:cs="Arial"/>
        </w:rPr>
        <w:t>B</w:t>
      </w:r>
      <w:r>
        <w:rPr>
          <w:rFonts w:ascii="Cambria Math" w:eastAsia="Cambria Math" w:hAnsi="Cambria Math" w:cs="Cambria Math"/>
        </w:rPr>
        <w:t>‑</w:t>
      </w:r>
      <w:r>
        <w:rPr>
          <w:rFonts w:ascii="Arial" w:eastAsia="Arial" w:hAnsi="Arial" w:cs="Arial"/>
        </w:rPr>
        <w:t>III1. Why are you applying for ACLP now?  (2–3 sentences on your motivation and timing)</w:t>
      </w:r>
    </w:p>
    <w:p w14:paraId="29EAE078" w14:textId="77777777" w:rsidR="00D57B9E" w:rsidRDefault="00000000">
      <w:pPr>
        <w:rPr>
          <w:rFonts w:ascii="Arial" w:eastAsia="Arial" w:hAnsi="Arial" w:cs="Arial"/>
        </w:rPr>
      </w:pPr>
      <w:r>
        <w:rPr>
          <w:rFonts w:ascii="Arial" w:eastAsia="Arial" w:hAnsi="Arial" w:cs="Arial"/>
          <w:i/>
          <w:iCs/>
        </w:rPr>
        <w:t>Example: I coach new retail leads monthly and want formal foundations in facilitation and assessment to improve outcomes as an adult educator.</w:t>
      </w:r>
    </w:p>
    <w:p w14:paraId="32B214D7" w14:textId="77777777" w:rsidR="00D57B9E" w:rsidRDefault="00000000">
      <w:pPr>
        <w:rPr>
          <w:rFonts w:ascii="Arial" w:eastAsia="Arial" w:hAnsi="Arial" w:cs="Arial"/>
        </w:rPr>
      </w:pPr>
      <w:permStart w:id="1880179915" w:edGrp="everyone"/>
      <w:r>
        <w:rPr>
          <w:color w:val="666666"/>
        </w:rPr>
        <w:t>Click or tap here to enter text</w:t>
      </w:r>
      <w:permEnd w:id="1880179915"/>
      <w:r>
        <w:rPr>
          <w:color w:val="666666"/>
        </w:rPr>
        <w:t>.</w:t>
      </w:r>
    </w:p>
    <w:p w14:paraId="74D64D40" w14:textId="77777777" w:rsidR="00D57B9E" w:rsidRDefault="00D57B9E">
      <w:pPr>
        <w:rPr>
          <w:rFonts w:ascii="Arial" w:eastAsia="Arial" w:hAnsi="Arial" w:cs="Arial"/>
        </w:rPr>
      </w:pPr>
    </w:p>
    <w:p w14:paraId="5C5E8596" w14:textId="77777777" w:rsidR="00D57B9E" w:rsidRDefault="00000000">
      <w:pPr>
        <w:rPr>
          <w:rFonts w:ascii="Arial" w:eastAsia="Arial" w:hAnsi="Arial" w:cs="Arial"/>
        </w:rPr>
      </w:pPr>
      <w:r>
        <w:rPr>
          <w:rFonts w:ascii="Arial" w:eastAsia="Arial" w:hAnsi="Arial" w:cs="Arial"/>
        </w:rPr>
        <w:t>B</w:t>
      </w:r>
      <w:r>
        <w:rPr>
          <w:rFonts w:ascii="Cambria Math" w:eastAsia="Cambria Math" w:hAnsi="Cambria Math" w:cs="Cambria Math"/>
        </w:rPr>
        <w:t>‑</w:t>
      </w:r>
      <w:r>
        <w:rPr>
          <w:rFonts w:ascii="Arial" w:eastAsia="Arial" w:hAnsi="Arial" w:cs="Arial"/>
        </w:rPr>
        <w:t xml:space="preserve">III2. </w:t>
      </w:r>
      <w:proofErr w:type="gramStart"/>
      <w:r>
        <w:rPr>
          <w:rFonts w:ascii="Arial" w:eastAsia="Arial" w:hAnsi="Arial" w:cs="Arial"/>
        </w:rPr>
        <w:t>Past experience</w:t>
      </w:r>
      <w:proofErr w:type="gramEnd"/>
      <w:r>
        <w:rPr>
          <w:rFonts w:ascii="Arial" w:eastAsia="Arial" w:hAnsi="Arial" w:cs="Arial"/>
        </w:rPr>
        <w:t xml:space="preserve"> educating adults (if any)</w:t>
      </w:r>
      <w:proofErr w:type="gramStart"/>
      <w:r>
        <w:rPr>
          <w:rFonts w:ascii="Arial" w:eastAsia="Arial" w:hAnsi="Arial" w:cs="Arial"/>
        </w:rPr>
        <w:t>:  (</w:t>
      </w:r>
      <w:proofErr w:type="gramEnd"/>
      <w:r>
        <w:rPr>
          <w:rFonts w:ascii="Arial" w:eastAsia="Arial" w:hAnsi="Arial" w:cs="Arial"/>
        </w:rPr>
        <w:t>You may use STAR: Situation, Task, Action to outline your experience; 80–150 words)</w:t>
      </w:r>
    </w:p>
    <w:p w14:paraId="3137B6B7" w14:textId="77777777" w:rsidR="00D57B9E" w:rsidRDefault="00000000">
      <w:pPr>
        <w:numPr>
          <w:ilvl w:val="0"/>
          <w:numId w:val="1"/>
        </w:numPr>
        <w:pBdr>
          <w:top w:val="nil"/>
          <w:left w:val="nil"/>
          <w:bottom w:val="nil"/>
          <w:right w:val="nil"/>
          <w:between w:val="nil"/>
        </w:pBdr>
        <w:rPr>
          <w:rFonts w:ascii="Arial" w:eastAsia="Arial" w:hAnsi="Arial" w:cs="Arial"/>
          <w:i/>
          <w:iCs/>
          <w:color w:val="000000"/>
        </w:rPr>
      </w:pPr>
      <w:r>
        <w:rPr>
          <w:rFonts w:ascii="Arial" w:eastAsia="Arial" w:hAnsi="Arial" w:cs="Arial"/>
          <w:i/>
          <w:iCs/>
          <w:color w:val="000000"/>
        </w:rPr>
        <w:t>Example cues:</w:t>
      </w:r>
    </w:p>
    <w:p w14:paraId="4169618C" w14:textId="77777777" w:rsidR="00D57B9E" w:rsidRDefault="00000000">
      <w:pPr>
        <w:numPr>
          <w:ilvl w:val="0"/>
          <w:numId w:val="2"/>
        </w:numPr>
        <w:pBdr>
          <w:top w:val="nil"/>
          <w:left w:val="nil"/>
          <w:bottom w:val="nil"/>
          <w:right w:val="nil"/>
          <w:between w:val="nil"/>
        </w:pBdr>
        <w:spacing w:after="0"/>
        <w:rPr>
          <w:rFonts w:ascii="Arial" w:eastAsia="Arial" w:hAnsi="Arial" w:cs="Arial"/>
          <w:i/>
          <w:iCs/>
          <w:color w:val="000000"/>
        </w:rPr>
      </w:pPr>
      <w:r>
        <w:rPr>
          <w:rFonts w:ascii="Arial" w:eastAsia="Arial" w:hAnsi="Arial" w:cs="Arial"/>
          <w:i/>
          <w:iCs/>
          <w:color w:val="000000"/>
        </w:rPr>
        <w:t>Situation: “New CRM rollout; team unfamiliar”</w:t>
      </w:r>
    </w:p>
    <w:p w14:paraId="02D01440" w14:textId="77777777" w:rsidR="00D57B9E" w:rsidRDefault="00000000">
      <w:pPr>
        <w:numPr>
          <w:ilvl w:val="0"/>
          <w:numId w:val="2"/>
        </w:numPr>
        <w:pBdr>
          <w:top w:val="nil"/>
          <w:left w:val="nil"/>
          <w:bottom w:val="nil"/>
          <w:right w:val="nil"/>
          <w:between w:val="nil"/>
        </w:pBdr>
        <w:spacing w:after="0"/>
        <w:rPr>
          <w:rFonts w:ascii="Arial" w:eastAsia="Arial" w:hAnsi="Arial" w:cs="Arial"/>
          <w:i/>
          <w:iCs/>
          <w:color w:val="000000"/>
        </w:rPr>
      </w:pPr>
      <w:r>
        <w:rPr>
          <w:rFonts w:ascii="Arial" w:eastAsia="Arial" w:hAnsi="Arial" w:cs="Arial"/>
          <w:i/>
          <w:iCs/>
          <w:color w:val="000000"/>
        </w:rPr>
        <w:t>Task: “Prepare a 45</w:t>
      </w:r>
      <w:r>
        <w:rPr>
          <w:rFonts w:ascii="Cambria Math" w:eastAsia="Cambria Math" w:hAnsi="Cambria Math" w:cs="Cambria Math"/>
          <w:i/>
          <w:iCs/>
          <w:color w:val="000000"/>
        </w:rPr>
        <w:t>‑</w:t>
      </w:r>
      <w:r>
        <w:rPr>
          <w:rFonts w:ascii="Arial" w:eastAsia="Arial" w:hAnsi="Arial" w:cs="Arial"/>
          <w:i/>
          <w:iCs/>
          <w:color w:val="000000"/>
        </w:rPr>
        <w:t>min walkthrough for 14 staff”</w:t>
      </w:r>
    </w:p>
    <w:p w14:paraId="03A58D4E" w14:textId="77777777" w:rsidR="00D57B9E" w:rsidRDefault="00000000">
      <w:pPr>
        <w:numPr>
          <w:ilvl w:val="0"/>
          <w:numId w:val="2"/>
        </w:numPr>
        <w:pBdr>
          <w:top w:val="nil"/>
          <w:left w:val="nil"/>
          <w:bottom w:val="nil"/>
          <w:right w:val="nil"/>
          <w:between w:val="nil"/>
        </w:pBdr>
        <w:spacing w:after="0"/>
        <w:rPr>
          <w:rFonts w:ascii="Arial" w:eastAsia="Arial" w:hAnsi="Arial" w:cs="Arial"/>
          <w:i/>
          <w:iCs/>
          <w:color w:val="000000"/>
        </w:rPr>
      </w:pPr>
      <w:r>
        <w:rPr>
          <w:rFonts w:ascii="Arial" w:eastAsia="Arial" w:hAnsi="Arial" w:cs="Arial"/>
          <w:i/>
          <w:iCs/>
          <w:color w:val="000000"/>
        </w:rPr>
        <w:t>Action: “Live demo + guided practice; created 1</w:t>
      </w:r>
      <w:r>
        <w:rPr>
          <w:rFonts w:ascii="Cambria Math" w:eastAsia="Cambria Math" w:hAnsi="Cambria Math" w:cs="Cambria Math"/>
          <w:i/>
          <w:iCs/>
          <w:color w:val="000000"/>
        </w:rPr>
        <w:t>‑</w:t>
      </w:r>
      <w:r>
        <w:rPr>
          <w:rFonts w:ascii="Arial" w:eastAsia="Arial" w:hAnsi="Arial" w:cs="Arial"/>
          <w:i/>
          <w:iCs/>
          <w:color w:val="000000"/>
        </w:rPr>
        <w:t>page quick guide”</w:t>
      </w:r>
    </w:p>
    <w:p w14:paraId="012AA9B5" w14:textId="77777777" w:rsidR="00D57B9E" w:rsidRDefault="00000000">
      <w:pPr>
        <w:numPr>
          <w:ilvl w:val="0"/>
          <w:numId w:val="2"/>
        </w:numPr>
        <w:pBdr>
          <w:top w:val="nil"/>
          <w:left w:val="nil"/>
          <w:bottom w:val="nil"/>
          <w:right w:val="nil"/>
          <w:between w:val="nil"/>
        </w:pBdr>
        <w:rPr>
          <w:rFonts w:ascii="Arial" w:eastAsia="Arial" w:hAnsi="Arial" w:cs="Arial"/>
          <w:i/>
          <w:iCs/>
          <w:color w:val="000000"/>
        </w:rPr>
      </w:pPr>
      <w:r>
        <w:rPr>
          <w:rFonts w:ascii="Arial" w:eastAsia="Arial" w:hAnsi="Arial" w:cs="Arial"/>
          <w:i/>
          <w:iCs/>
          <w:color w:val="000000"/>
        </w:rPr>
        <w:t>Result: “90% completed tasks unaided; helpdesk tickets dropped the next week”</w:t>
      </w:r>
    </w:p>
    <w:p w14:paraId="5CBD29FC" w14:textId="77777777" w:rsidR="00D57B9E" w:rsidRDefault="00000000">
      <w:pPr>
        <w:rPr>
          <w:rFonts w:ascii="Arial" w:eastAsia="Arial" w:hAnsi="Arial" w:cs="Arial"/>
        </w:rPr>
      </w:pPr>
      <w:permStart w:id="1674055245" w:edGrp="everyone"/>
      <w:r>
        <w:rPr>
          <w:color w:val="666666"/>
        </w:rPr>
        <w:t>Click or tap here to enter text</w:t>
      </w:r>
      <w:permEnd w:id="1674055245"/>
      <w:r>
        <w:rPr>
          <w:color w:val="666666"/>
        </w:rPr>
        <w:t>.</w:t>
      </w:r>
    </w:p>
    <w:p w14:paraId="60007DB1" w14:textId="77777777" w:rsidR="00D57B9E" w:rsidRDefault="00D57B9E">
      <w:pPr>
        <w:pBdr>
          <w:top w:val="nil"/>
          <w:left w:val="nil"/>
          <w:bottom w:val="nil"/>
          <w:right w:val="nil"/>
          <w:between w:val="nil"/>
        </w:pBdr>
        <w:ind w:left="720" w:hanging="360"/>
        <w:rPr>
          <w:rFonts w:ascii="Arial" w:eastAsia="Arial" w:hAnsi="Arial" w:cs="Arial"/>
          <w:color w:val="000000"/>
        </w:rPr>
      </w:pPr>
    </w:p>
    <w:p w14:paraId="0DE2E936" w14:textId="77777777" w:rsidR="00D57B9E" w:rsidRDefault="00000000">
      <w:pPr>
        <w:rPr>
          <w:rFonts w:ascii="Arial" w:eastAsia="Arial" w:hAnsi="Arial" w:cs="Arial"/>
        </w:rPr>
      </w:pPr>
      <w:r>
        <w:rPr>
          <w:rFonts w:ascii="Arial" w:eastAsia="Arial" w:hAnsi="Arial" w:cs="Arial"/>
        </w:rPr>
        <w:t>B</w:t>
      </w:r>
      <w:r>
        <w:rPr>
          <w:rFonts w:ascii="Cambria Math" w:eastAsia="Cambria Math" w:hAnsi="Cambria Math" w:cs="Cambria Math"/>
        </w:rPr>
        <w:t>‑</w:t>
      </w:r>
      <w:r>
        <w:rPr>
          <w:rFonts w:ascii="Arial" w:eastAsia="Arial" w:hAnsi="Arial" w:cs="Arial"/>
        </w:rPr>
        <w:t>III3. Future aspirations as an adult educator (next 6–12 months)</w:t>
      </w:r>
      <w:proofErr w:type="gramStart"/>
      <w:r>
        <w:rPr>
          <w:rFonts w:ascii="Arial" w:eastAsia="Arial" w:hAnsi="Arial" w:cs="Arial"/>
        </w:rPr>
        <w:t>:  (</w:t>
      </w:r>
      <w:proofErr w:type="gramEnd"/>
      <w:r>
        <w:rPr>
          <w:rFonts w:ascii="Arial" w:eastAsia="Arial" w:hAnsi="Arial" w:cs="Arial"/>
        </w:rPr>
        <w:t>3 bullets)</w:t>
      </w:r>
    </w:p>
    <w:p w14:paraId="55198466" w14:textId="77777777" w:rsidR="00D57B9E" w:rsidRDefault="00000000">
      <w:pPr>
        <w:numPr>
          <w:ilvl w:val="0"/>
          <w:numId w:val="1"/>
        </w:numPr>
        <w:pBdr>
          <w:top w:val="nil"/>
          <w:left w:val="nil"/>
          <w:bottom w:val="nil"/>
          <w:right w:val="nil"/>
          <w:between w:val="nil"/>
        </w:pBdr>
        <w:spacing w:after="0"/>
        <w:rPr>
          <w:rFonts w:ascii="Arial" w:eastAsia="Arial" w:hAnsi="Arial" w:cs="Arial"/>
          <w:i/>
          <w:iCs/>
          <w:color w:val="000000"/>
        </w:rPr>
      </w:pPr>
      <w:r>
        <w:rPr>
          <w:rFonts w:ascii="Arial" w:eastAsia="Arial" w:hAnsi="Arial" w:cs="Arial"/>
          <w:i/>
          <w:iCs/>
          <w:color w:val="000000"/>
        </w:rPr>
        <w:t>Examples:</w:t>
      </w:r>
    </w:p>
    <w:p w14:paraId="4EF91758" w14:textId="77777777" w:rsidR="00D57B9E" w:rsidRDefault="00000000">
      <w:pPr>
        <w:numPr>
          <w:ilvl w:val="0"/>
          <w:numId w:val="1"/>
        </w:numPr>
        <w:pBdr>
          <w:top w:val="nil"/>
          <w:left w:val="nil"/>
          <w:bottom w:val="nil"/>
          <w:right w:val="nil"/>
          <w:between w:val="nil"/>
        </w:pBdr>
        <w:spacing w:after="0"/>
        <w:ind w:left="720"/>
        <w:rPr>
          <w:rFonts w:ascii="Arial" w:eastAsia="Arial" w:hAnsi="Arial" w:cs="Arial"/>
          <w:i/>
          <w:iCs/>
          <w:color w:val="000000"/>
        </w:rPr>
      </w:pPr>
      <w:r>
        <w:rPr>
          <w:rFonts w:ascii="Arial" w:eastAsia="Arial" w:hAnsi="Arial" w:cs="Arial"/>
          <w:i/>
          <w:iCs/>
          <w:color w:val="000000"/>
        </w:rPr>
        <w:t>Co</w:t>
      </w:r>
      <w:r>
        <w:rPr>
          <w:rFonts w:ascii="Cambria Math" w:eastAsia="Cambria Math" w:hAnsi="Cambria Math" w:cs="Cambria Math"/>
          <w:i/>
          <w:iCs/>
          <w:color w:val="000000"/>
        </w:rPr>
        <w:t>‑</w:t>
      </w:r>
      <w:r>
        <w:rPr>
          <w:rFonts w:ascii="Arial" w:eastAsia="Arial" w:hAnsi="Arial" w:cs="Arial"/>
          <w:i/>
          <w:iCs/>
          <w:color w:val="000000"/>
        </w:rPr>
        <w:t>facilitate two internal workshops and collect feedback</w:t>
      </w:r>
    </w:p>
    <w:p w14:paraId="45016016" w14:textId="77777777" w:rsidR="00D57B9E" w:rsidRDefault="00000000">
      <w:pPr>
        <w:numPr>
          <w:ilvl w:val="0"/>
          <w:numId w:val="1"/>
        </w:numPr>
        <w:pBdr>
          <w:top w:val="nil"/>
          <w:left w:val="nil"/>
          <w:bottom w:val="nil"/>
          <w:right w:val="nil"/>
          <w:between w:val="nil"/>
        </w:pBdr>
        <w:spacing w:after="0"/>
        <w:ind w:left="720"/>
        <w:rPr>
          <w:rFonts w:ascii="Arial" w:eastAsia="Arial" w:hAnsi="Arial" w:cs="Arial"/>
          <w:i/>
          <w:iCs/>
          <w:color w:val="000000"/>
        </w:rPr>
      </w:pPr>
      <w:r>
        <w:rPr>
          <w:rFonts w:ascii="Arial" w:eastAsia="Arial" w:hAnsi="Arial" w:cs="Arial"/>
          <w:i/>
          <w:iCs/>
          <w:color w:val="000000"/>
        </w:rPr>
        <w:t>Design a 90</w:t>
      </w:r>
      <w:r>
        <w:rPr>
          <w:rFonts w:ascii="Cambria Math" w:eastAsia="Cambria Math" w:hAnsi="Cambria Math" w:cs="Cambria Math"/>
          <w:i/>
          <w:iCs/>
          <w:color w:val="000000"/>
        </w:rPr>
        <w:t>‑</w:t>
      </w:r>
      <w:r>
        <w:rPr>
          <w:rFonts w:ascii="Arial" w:eastAsia="Arial" w:hAnsi="Arial" w:cs="Arial"/>
          <w:i/>
          <w:iCs/>
          <w:color w:val="000000"/>
        </w:rPr>
        <w:t>min lesson on service recovery with a simple assessment</w:t>
      </w:r>
    </w:p>
    <w:p w14:paraId="60D01304" w14:textId="77777777" w:rsidR="00D57B9E" w:rsidRDefault="00000000">
      <w:pPr>
        <w:numPr>
          <w:ilvl w:val="0"/>
          <w:numId w:val="1"/>
        </w:numPr>
        <w:pBdr>
          <w:top w:val="nil"/>
          <w:left w:val="nil"/>
          <w:bottom w:val="nil"/>
          <w:right w:val="nil"/>
          <w:between w:val="nil"/>
        </w:pBdr>
        <w:spacing w:after="0"/>
        <w:ind w:left="720"/>
        <w:rPr>
          <w:rFonts w:ascii="Arial" w:eastAsia="Arial" w:hAnsi="Arial" w:cs="Arial"/>
          <w:i/>
          <w:iCs/>
          <w:color w:val="000000"/>
        </w:rPr>
      </w:pPr>
      <w:r>
        <w:rPr>
          <w:rFonts w:ascii="Arial" w:eastAsia="Arial" w:hAnsi="Arial" w:cs="Arial"/>
          <w:i/>
          <w:iCs/>
          <w:color w:val="000000"/>
        </w:rPr>
        <w:t>Build a small portfolio (lesson plan, slides, job aid)</w:t>
      </w:r>
    </w:p>
    <w:p w14:paraId="2976774B" w14:textId="77777777" w:rsidR="00D57B9E" w:rsidRDefault="00D57B9E">
      <w:pPr>
        <w:pBdr>
          <w:top w:val="nil"/>
          <w:left w:val="nil"/>
          <w:bottom w:val="nil"/>
          <w:right w:val="nil"/>
          <w:between w:val="nil"/>
        </w:pBdr>
        <w:ind w:left="360" w:hanging="360"/>
        <w:rPr>
          <w:rFonts w:ascii="Arial" w:eastAsia="Arial" w:hAnsi="Arial" w:cs="Arial"/>
          <w:color w:val="000000"/>
        </w:rPr>
      </w:pPr>
    </w:p>
    <w:p w14:paraId="40CB2EDE" w14:textId="77777777" w:rsidR="00D57B9E" w:rsidRDefault="00000000">
      <w:pPr>
        <w:pBdr>
          <w:top w:val="nil"/>
          <w:left w:val="nil"/>
          <w:bottom w:val="nil"/>
          <w:right w:val="nil"/>
          <w:between w:val="nil"/>
        </w:pBdr>
        <w:ind w:left="360" w:hanging="360"/>
        <w:rPr>
          <w:rFonts w:ascii="Arial" w:eastAsia="Arial" w:hAnsi="Arial" w:cs="Arial"/>
          <w:color w:val="000000"/>
        </w:rPr>
      </w:pPr>
      <w:permStart w:id="1377575522" w:edGrp="everyone"/>
      <w:r>
        <w:rPr>
          <w:color w:val="666666"/>
        </w:rPr>
        <w:t>Click or tap here to enter text</w:t>
      </w:r>
      <w:permEnd w:id="1377575522"/>
      <w:r>
        <w:rPr>
          <w:color w:val="666666"/>
        </w:rPr>
        <w:t>.</w:t>
      </w:r>
    </w:p>
    <w:p w14:paraId="4DD1E472" w14:textId="77777777" w:rsidR="00D57B9E" w:rsidRDefault="00000000">
      <w:pPr>
        <w:rPr>
          <w:rFonts w:ascii="Arial" w:eastAsia="Arial" w:hAnsi="Arial" w:cs="Arial"/>
        </w:rPr>
      </w:pPr>
      <w:r>
        <w:rPr>
          <w:rFonts w:ascii="Arial" w:eastAsia="Arial" w:hAnsi="Arial" w:cs="Arial"/>
          <w:b/>
          <w:bCs/>
        </w:rPr>
        <w:t>———————————————————————————————————————</w:t>
      </w:r>
    </w:p>
    <w:p w14:paraId="0835D58A" w14:textId="77777777" w:rsidR="00D57B9E" w:rsidRDefault="00000000">
      <w:pPr>
        <w:rPr>
          <w:rFonts w:ascii="Arial" w:eastAsia="Arial" w:hAnsi="Arial" w:cs="Arial"/>
          <w:b/>
          <w:bCs/>
        </w:rPr>
      </w:pPr>
      <w:r>
        <w:br w:type="page"/>
      </w:r>
    </w:p>
    <w:p w14:paraId="144DC6BC" w14:textId="6DAA2E8A" w:rsidR="00D57B9E" w:rsidRDefault="001738FB">
      <w:pPr>
        <w:rPr>
          <w:rFonts w:ascii="Arial" w:eastAsia="Arial" w:hAnsi="Arial" w:cs="Arial"/>
        </w:rPr>
      </w:pPr>
      <w:r w:rsidRPr="001738FB">
        <w:rPr>
          <w:rFonts w:ascii="Arial" w:eastAsia="Arial" w:hAnsi="Arial" w:cs="Arial"/>
          <w:b/>
          <w:bCs/>
        </w:rPr>
        <w:lastRenderedPageBreak/>
        <w:t>Part C — Applicant Declaration, Verification and Personal Data Notice</w:t>
      </w:r>
      <w:r>
        <w:rPr>
          <w:rFonts w:ascii="Arial" w:eastAsia="Arial" w:hAnsi="Arial" w:cs="Arial"/>
          <w:b/>
          <w:bCs/>
        </w:rPr>
        <w:t xml:space="preserve"> (Required)</w:t>
      </w:r>
    </w:p>
    <w:p w14:paraId="6BBFF959" w14:textId="77777777" w:rsidR="001738FB" w:rsidRPr="001738FB" w:rsidRDefault="001738FB" w:rsidP="001738FB">
      <w:pPr>
        <w:rPr>
          <w:rFonts w:ascii="Arial" w:eastAsia="Arial" w:hAnsi="Arial" w:cs="Arial"/>
          <w:b/>
          <w:bCs/>
        </w:rPr>
      </w:pPr>
      <w:r w:rsidRPr="001738FB">
        <w:rPr>
          <w:rFonts w:ascii="Arial" w:eastAsia="Arial" w:hAnsi="Arial" w:cs="Arial"/>
          <w:b/>
          <w:bCs/>
        </w:rPr>
        <w:t>By signing and submitting this form, I declare and confirm that:</w:t>
      </w:r>
    </w:p>
    <w:p w14:paraId="7628EDFB" w14:textId="77777777" w:rsidR="001738FB" w:rsidRPr="001738FB" w:rsidRDefault="001738FB" w:rsidP="001738FB">
      <w:pPr>
        <w:pStyle w:val="ListParagraph"/>
        <w:numPr>
          <w:ilvl w:val="0"/>
          <w:numId w:val="7"/>
        </w:numPr>
        <w:rPr>
          <w:rFonts w:ascii="Arial" w:eastAsia="Arial" w:hAnsi="Arial" w:cs="Arial"/>
        </w:rPr>
      </w:pPr>
      <w:r w:rsidRPr="001738FB">
        <w:rPr>
          <w:rFonts w:ascii="Arial" w:eastAsia="Arial" w:hAnsi="Arial" w:cs="Arial"/>
        </w:rPr>
        <w:t>I am the applicant named in this form, and I am submitting it to state my genuine intention to apply for ACLP 3.0.</w:t>
      </w:r>
    </w:p>
    <w:p w14:paraId="1B3EB677" w14:textId="77777777" w:rsidR="001738FB" w:rsidRPr="001738FB" w:rsidRDefault="001738FB" w:rsidP="001738FB">
      <w:pPr>
        <w:pStyle w:val="ListParagraph"/>
        <w:numPr>
          <w:ilvl w:val="0"/>
          <w:numId w:val="7"/>
        </w:numPr>
        <w:rPr>
          <w:rFonts w:ascii="Arial" w:eastAsia="Arial" w:hAnsi="Arial" w:cs="Arial"/>
        </w:rPr>
      </w:pPr>
      <w:r w:rsidRPr="001738FB">
        <w:rPr>
          <w:rFonts w:ascii="Arial" w:eastAsia="Arial" w:hAnsi="Arial" w:cs="Arial"/>
        </w:rPr>
        <w:t>All information and supporting statements provided in this form are true, accurate and complete to the best of my knowledge, and I have not knowingly omitted any material information.</w:t>
      </w:r>
    </w:p>
    <w:p w14:paraId="4FEAA582" w14:textId="77777777" w:rsidR="001738FB" w:rsidRPr="001738FB" w:rsidRDefault="001738FB" w:rsidP="001738FB">
      <w:pPr>
        <w:pStyle w:val="ListParagraph"/>
        <w:numPr>
          <w:ilvl w:val="0"/>
          <w:numId w:val="7"/>
        </w:numPr>
        <w:rPr>
          <w:rFonts w:ascii="Arial" w:eastAsia="Arial" w:hAnsi="Arial" w:cs="Arial"/>
        </w:rPr>
      </w:pPr>
      <w:r w:rsidRPr="001738FB">
        <w:rPr>
          <w:rFonts w:ascii="Arial" w:eastAsia="Arial" w:hAnsi="Arial" w:cs="Arial"/>
        </w:rPr>
        <w:t xml:space="preserve">Any employer statement or referee testimonial included in this form was provided or expressly approved by the person </w:t>
      </w:r>
      <w:proofErr w:type="gramStart"/>
      <w:r w:rsidRPr="001738FB">
        <w:rPr>
          <w:rFonts w:ascii="Arial" w:eastAsia="Arial" w:hAnsi="Arial" w:cs="Arial"/>
        </w:rPr>
        <w:t>identified, and</w:t>
      </w:r>
      <w:proofErr w:type="gramEnd"/>
      <w:r w:rsidRPr="001738FB">
        <w:rPr>
          <w:rFonts w:ascii="Arial" w:eastAsia="Arial" w:hAnsi="Arial" w:cs="Arial"/>
        </w:rPr>
        <w:t xml:space="preserve"> has not been fabricated or materially altered without that person’s consent.</w:t>
      </w:r>
    </w:p>
    <w:p w14:paraId="77DC417E" w14:textId="77777777" w:rsidR="001738FB" w:rsidRPr="001738FB" w:rsidRDefault="001738FB" w:rsidP="001738FB">
      <w:pPr>
        <w:pStyle w:val="ListParagraph"/>
        <w:numPr>
          <w:ilvl w:val="0"/>
          <w:numId w:val="7"/>
        </w:numPr>
        <w:rPr>
          <w:rFonts w:ascii="Arial" w:eastAsia="Arial" w:hAnsi="Arial" w:cs="Arial"/>
        </w:rPr>
      </w:pPr>
      <w:r w:rsidRPr="001738FB">
        <w:rPr>
          <w:rFonts w:ascii="Arial" w:eastAsia="Arial" w:hAnsi="Arial" w:cs="Arial"/>
        </w:rPr>
        <w:t>Where I provide another person’s name, designation, organisation or contact details, I confirm that I have informed that person that their information is being provided to IAL for verification and application-processing purposes.</w:t>
      </w:r>
    </w:p>
    <w:p w14:paraId="57C973BC" w14:textId="77777777" w:rsidR="001738FB" w:rsidRPr="001738FB" w:rsidRDefault="001738FB" w:rsidP="001738FB">
      <w:pPr>
        <w:pStyle w:val="ListParagraph"/>
        <w:numPr>
          <w:ilvl w:val="0"/>
          <w:numId w:val="7"/>
        </w:numPr>
        <w:rPr>
          <w:rFonts w:ascii="Arial" w:eastAsia="Arial" w:hAnsi="Arial" w:cs="Arial"/>
        </w:rPr>
      </w:pPr>
      <w:r w:rsidRPr="001738FB">
        <w:rPr>
          <w:rFonts w:ascii="Arial" w:eastAsia="Arial" w:hAnsi="Arial" w:cs="Arial"/>
        </w:rPr>
        <w:t>I understand that IAL may contact me and, where applicable, the employer representative or referee identified in this form to verify the information provided.</w:t>
      </w:r>
    </w:p>
    <w:p w14:paraId="6669E1F7" w14:textId="77777777" w:rsidR="001738FB" w:rsidRPr="001738FB" w:rsidRDefault="001738FB" w:rsidP="001738FB">
      <w:pPr>
        <w:pStyle w:val="ListParagraph"/>
        <w:numPr>
          <w:ilvl w:val="0"/>
          <w:numId w:val="7"/>
        </w:numPr>
        <w:rPr>
          <w:rFonts w:ascii="Arial" w:eastAsia="Arial" w:hAnsi="Arial" w:cs="Arial"/>
        </w:rPr>
      </w:pPr>
      <w:r w:rsidRPr="001738FB">
        <w:rPr>
          <w:rFonts w:ascii="Arial" w:eastAsia="Arial" w:hAnsi="Arial" w:cs="Arial"/>
        </w:rPr>
        <w:t>I understand that submission of this form does not guarantee admission, enrolment, funding eligibility, course placement or any other outcome.</w:t>
      </w:r>
    </w:p>
    <w:p w14:paraId="070EA570" w14:textId="77777777" w:rsidR="001738FB" w:rsidRPr="001738FB" w:rsidRDefault="001738FB" w:rsidP="001738FB">
      <w:pPr>
        <w:pStyle w:val="ListParagraph"/>
        <w:numPr>
          <w:ilvl w:val="0"/>
          <w:numId w:val="7"/>
        </w:numPr>
        <w:rPr>
          <w:rFonts w:ascii="Arial" w:eastAsia="Arial" w:hAnsi="Arial" w:cs="Arial"/>
        </w:rPr>
      </w:pPr>
      <w:r w:rsidRPr="001738FB">
        <w:rPr>
          <w:rFonts w:ascii="Arial" w:eastAsia="Arial" w:hAnsi="Arial" w:cs="Arial"/>
        </w:rPr>
        <w:t>I understand that IAL may disregard or reject a submission that is incomplete, inaccurate, misleading, duplicated, fabricated or submitted without proper authority.</w:t>
      </w:r>
    </w:p>
    <w:p w14:paraId="57ED71F5" w14:textId="77777777" w:rsidR="001738FB" w:rsidRPr="001738FB" w:rsidRDefault="001738FB" w:rsidP="001738FB">
      <w:pPr>
        <w:pStyle w:val="ListParagraph"/>
        <w:numPr>
          <w:ilvl w:val="0"/>
          <w:numId w:val="7"/>
        </w:numPr>
        <w:rPr>
          <w:rFonts w:ascii="Arial" w:eastAsia="Arial" w:hAnsi="Arial" w:cs="Arial"/>
        </w:rPr>
      </w:pPr>
      <w:r w:rsidRPr="001738FB">
        <w:rPr>
          <w:rFonts w:ascii="Arial" w:eastAsia="Arial" w:hAnsi="Arial" w:cs="Arial"/>
        </w:rPr>
        <w:t>I will notify IAL promptly if any material information in this form changes before the application or screening process is completed.</w:t>
      </w:r>
    </w:p>
    <w:p w14:paraId="4B39ADA7" w14:textId="77777777" w:rsidR="001738FB" w:rsidRPr="001738FB" w:rsidRDefault="001738FB" w:rsidP="001738FB">
      <w:pPr>
        <w:pStyle w:val="ListParagraph"/>
        <w:numPr>
          <w:ilvl w:val="0"/>
          <w:numId w:val="7"/>
        </w:numPr>
        <w:rPr>
          <w:rFonts w:ascii="Arial" w:eastAsia="Arial" w:hAnsi="Arial" w:cs="Arial"/>
        </w:rPr>
      </w:pPr>
      <w:r w:rsidRPr="001738FB">
        <w:rPr>
          <w:rFonts w:ascii="Arial" w:eastAsia="Arial" w:hAnsi="Arial" w:cs="Arial"/>
        </w:rPr>
        <w:t>I acknowledge that my personal data may be collected, used and disclosed for purposes connected with the administration and assessment of my ACLP 3.0 application, including eligibility screening, verification, communication, record-keeping and compliance with applicable legal or regulatory requirements, in accordance with IAL’s applicable privacy notice.</w:t>
      </w:r>
    </w:p>
    <w:p w14:paraId="67539C54" w14:textId="7EC7BDD9" w:rsidR="001738FB" w:rsidRDefault="001738FB" w:rsidP="001738FB">
      <w:pPr>
        <w:pStyle w:val="ListParagraph"/>
        <w:numPr>
          <w:ilvl w:val="0"/>
          <w:numId w:val="7"/>
        </w:numPr>
        <w:rPr>
          <w:rFonts w:ascii="Arial" w:eastAsia="Arial" w:hAnsi="Arial" w:cs="Arial"/>
        </w:rPr>
      </w:pPr>
      <w:r w:rsidRPr="001738FB">
        <w:rPr>
          <w:rFonts w:ascii="Arial" w:eastAsia="Arial" w:hAnsi="Arial" w:cs="Arial"/>
        </w:rPr>
        <w:t>By typing my full name below and submitting this form, I intend for my typed name to serve as my electronic signature and confirm that I agree to this declaration.</w:t>
      </w:r>
    </w:p>
    <w:p w14:paraId="0CA477D7" w14:textId="77777777" w:rsidR="001738FB" w:rsidRPr="001738FB" w:rsidRDefault="001738FB" w:rsidP="001738FB">
      <w:pPr>
        <w:pStyle w:val="ListParagraph"/>
        <w:ind w:left="360"/>
        <w:rPr>
          <w:rFonts w:ascii="Arial" w:eastAsia="Arial" w:hAnsi="Arial" w:cs="Arial"/>
        </w:rPr>
      </w:pPr>
    </w:p>
    <w:p w14:paraId="320B11FA" w14:textId="64B3F890" w:rsidR="00D57B9E" w:rsidRDefault="00000000">
      <w:pPr>
        <w:rPr>
          <w:rFonts w:ascii="Arial" w:eastAsia="Arial" w:hAnsi="Arial" w:cs="Arial"/>
        </w:rPr>
      </w:pPr>
      <w:r>
        <w:rPr>
          <w:rFonts w:ascii="Arial" w:eastAsia="Arial" w:hAnsi="Arial" w:cs="Arial"/>
        </w:rPr>
        <w:t>Applicant name (e</w:t>
      </w:r>
      <w:r>
        <w:rPr>
          <w:rFonts w:ascii="Cambria Math" w:eastAsia="Cambria Math" w:hAnsi="Cambria Math" w:cs="Cambria Math"/>
        </w:rPr>
        <w:t>‑</w:t>
      </w:r>
      <w:r>
        <w:rPr>
          <w:rFonts w:ascii="Arial" w:eastAsia="Arial" w:hAnsi="Arial" w:cs="Arial"/>
        </w:rPr>
        <w:t xml:space="preserve">signature): </w:t>
      </w:r>
      <w:permStart w:id="323700036" w:edGrp="everyone"/>
      <w:r>
        <w:rPr>
          <w:color w:val="666666"/>
        </w:rPr>
        <w:t>Click or tap here to enter text</w:t>
      </w:r>
      <w:permEnd w:id="323700036"/>
      <w:r>
        <w:rPr>
          <w:color w:val="666666"/>
        </w:rPr>
        <w:t>.</w:t>
      </w:r>
      <w:r>
        <w:rPr>
          <w:rFonts w:ascii="Arial" w:eastAsia="Arial" w:hAnsi="Arial" w:cs="Arial"/>
        </w:rPr>
        <w:t xml:space="preserve">   </w:t>
      </w:r>
    </w:p>
    <w:p w14:paraId="6DBD6EF9" w14:textId="77777777" w:rsidR="00D57B9E" w:rsidRDefault="00000000">
      <w:pPr>
        <w:rPr>
          <w:rFonts w:ascii="Arial" w:eastAsia="Arial" w:hAnsi="Arial" w:cs="Arial"/>
        </w:rPr>
      </w:pPr>
      <w:r>
        <w:rPr>
          <w:rFonts w:ascii="Arial" w:eastAsia="Arial" w:hAnsi="Arial" w:cs="Arial"/>
        </w:rPr>
        <w:t>Date (DD/MM/YYYY</w:t>
      </w:r>
      <w:proofErr w:type="gramStart"/>
      <w:r>
        <w:rPr>
          <w:rFonts w:ascii="Arial" w:eastAsia="Arial" w:hAnsi="Arial" w:cs="Arial"/>
        </w:rPr>
        <w:t>) :</w:t>
      </w:r>
      <w:proofErr w:type="gramEnd"/>
      <w:r>
        <w:rPr>
          <w:rFonts w:ascii="Arial" w:eastAsia="Arial" w:hAnsi="Arial" w:cs="Arial"/>
        </w:rPr>
        <w:t xml:space="preserve"> </w:t>
      </w:r>
      <w:permStart w:id="1709904088" w:edGrp="everyone"/>
      <w:r>
        <w:rPr>
          <w:color w:val="666666"/>
        </w:rPr>
        <w:t>Click or tap here to enter text</w:t>
      </w:r>
      <w:permEnd w:id="1709904088"/>
      <w:r>
        <w:rPr>
          <w:color w:val="666666"/>
        </w:rPr>
        <w:t>.</w:t>
      </w:r>
    </w:p>
    <w:p w14:paraId="1757276B" w14:textId="77777777" w:rsidR="00D57B9E" w:rsidRDefault="00000000">
      <w:pPr>
        <w:rPr>
          <w:rFonts w:ascii="Arial" w:eastAsia="Arial" w:hAnsi="Arial" w:cs="Arial"/>
        </w:rPr>
      </w:pPr>
      <w:r>
        <w:rPr>
          <w:rFonts w:ascii="Arial" w:eastAsia="Arial" w:hAnsi="Arial" w:cs="Arial"/>
          <w:b/>
          <w:bCs/>
        </w:rPr>
        <w:t>———————————————————————————————————————</w:t>
      </w:r>
    </w:p>
    <w:p w14:paraId="058FE926" w14:textId="77777777" w:rsidR="00D57B9E" w:rsidRDefault="00000000">
      <w:pPr>
        <w:rPr>
          <w:rFonts w:ascii="Arial" w:eastAsia="Arial" w:hAnsi="Arial" w:cs="Arial"/>
          <w:b/>
          <w:bCs/>
        </w:rPr>
      </w:pPr>
      <w:r>
        <w:br w:type="page"/>
      </w:r>
    </w:p>
    <w:p w14:paraId="7CF00FE6" w14:textId="77777777" w:rsidR="00D57B9E" w:rsidRDefault="00000000">
      <w:pPr>
        <w:rPr>
          <w:rFonts w:ascii="Arial" w:eastAsia="Arial" w:hAnsi="Arial" w:cs="Arial"/>
        </w:rPr>
      </w:pPr>
      <w:r>
        <w:rPr>
          <w:rFonts w:ascii="Arial" w:eastAsia="Arial" w:hAnsi="Arial" w:cs="Arial"/>
          <w:b/>
          <w:bCs/>
        </w:rPr>
        <w:lastRenderedPageBreak/>
        <w:t>Submission Checklist</w:t>
      </w:r>
    </w:p>
    <w:p w14:paraId="209ED422" w14:textId="77777777" w:rsidR="00D57B9E" w:rsidRDefault="00000000">
      <w:pPr>
        <w:rPr>
          <w:rFonts w:ascii="Arial" w:eastAsia="Arial" w:hAnsi="Arial" w:cs="Arial"/>
        </w:rPr>
      </w:pPr>
      <w:permStart w:id="2057660649" w:edGrp="everyone"/>
      <w:r>
        <w:rPr>
          <w:rFonts w:ascii="MS Gothic" w:eastAsia="MS Gothic" w:hAnsi="MS Gothic" w:cs="MS Gothic"/>
        </w:rPr>
        <w:t>☐</w:t>
      </w:r>
      <w:permEnd w:id="2057660649"/>
      <w:r>
        <w:rPr>
          <w:rFonts w:ascii="Arial" w:eastAsia="Arial" w:hAnsi="Arial" w:cs="Arial"/>
        </w:rPr>
        <w:t xml:space="preserve"> Part A completed</w:t>
      </w:r>
    </w:p>
    <w:p w14:paraId="083CCD49" w14:textId="77777777" w:rsidR="00D57B9E" w:rsidRDefault="00000000">
      <w:pPr>
        <w:rPr>
          <w:rFonts w:ascii="Arial" w:eastAsia="Arial" w:hAnsi="Arial" w:cs="Arial"/>
        </w:rPr>
      </w:pPr>
      <w:permStart w:id="1269966581" w:edGrp="everyone"/>
      <w:r>
        <w:rPr>
          <w:rFonts w:ascii="MS Gothic" w:eastAsia="MS Gothic" w:hAnsi="MS Gothic" w:cs="MS Gothic"/>
        </w:rPr>
        <w:t>☐</w:t>
      </w:r>
      <w:permEnd w:id="1269966581"/>
      <w:r>
        <w:rPr>
          <w:rFonts w:ascii="Arial" w:eastAsia="Arial" w:hAnsi="Arial" w:cs="Arial"/>
        </w:rPr>
        <w:t xml:space="preserve"> Part B completed (one pathway)</w:t>
      </w:r>
    </w:p>
    <w:p w14:paraId="1F9C0E16" w14:textId="77777777" w:rsidR="00D57B9E" w:rsidRDefault="00000000">
      <w:pPr>
        <w:rPr>
          <w:rFonts w:ascii="Arial" w:eastAsia="Arial" w:hAnsi="Arial" w:cs="Arial"/>
        </w:rPr>
      </w:pPr>
      <w:permStart w:id="921860972" w:edGrp="everyone"/>
      <w:r>
        <w:rPr>
          <w:rFonts w:ascii="MS Gothic" w:eastAsia="MS Gothic" w:hAnsi="MS Gothic" w:cs="MS Gothic"/>
        </w:rPr>
        <w:t>☐</w:t>
      </w:r>
      <w:permEnd w:id="921860972"/>
      <w:r>
        <w:rPr>
          <w:rFonts w:ascii="Arial" w:eastAsia="Arial" w:hAnsi="Arial" w:cs="Arial"/>
        </w:rPr>
        <w:t xml:space="preserve"> Part C signed</w:t>
      </w:r>
    </w:p>
    <w:p w14:paraId="40D52E0B" w14:textId="77777777" w:rsidR="00D57B9E" w:rsidRDefault="00000000">
      <w:pPr>
        <w:rPr>
          <w:rFonts w:ascii="Arial" w:eastAsia="Arial" w:hAnsi="Arial" w:cs="Arial"/>
        </w:rPr>
      </w:pPr>
      <w:r>
        <w:rPr>
          <w:rFonts w:ascii="Arial" w:eastAsia="Arial" w:hAnsi="Arial" w:cs="Arial"/>
          <w:b/>
          <w:bCs/>
        </w:rPr>
        <w:t>———————————————————————————————————————</w:t>
      </w:r>
    </w:p>
    <w:p w14:paraId="4D5443D9" w14:textId="77777777" w:rsidR="00D57B9E" w:rsidRDefault="00000000">
      <w:pPr>
        <w:rPr>
          <w:rFonts w:ascii="Arial" w:eastAsia="Arial" w:hAnsi="Arial" w:cs="Arial"/>
        </w:rPr>
      </w:pPr>
      <w:r>
        <w:rPr>
          <w:rFonts w:ascii="Arial" w:eastAsia="Arial" w:hAnsi="Arial" w:cs="Arial"/>
          <w:b/>
          <w:bCs/>
        </w:rPr>
        <w:t>For Office Use (do not complete)</w:t>
      </w:r>
    </w:p>
    <w:p w14:paraId="34BBAC3B" w14:textId="77777777" w:rsidR="00D57B9E" w:rsidRDefault="00000000">
      <w:pPr>
        <w:rPr>
          <w:rFonts w:ascii="Arial" w:eastAsia="Arial" w:hAnsi="Arial" w:cs="Arial"/>
        </w:rPr>
      </w:pPr>
      <w:r>
        <w:rPr>
          <w:rFonts w:ascii="Arial" w:eastAsia="Arial" w:hAnsi="Arial" w:cs="Arial"/>
        </w:rPr>
        <w:t xml:space="preserve">Screening outcome: </w:t>
      </w:r>
      <w:r>
        <w:rPr>
          <w:rFonts w:ascii="MS Gothic" w:eastAsia="MS Gothic" w:hAnsi="MS Gothic" w:cs="MS Gothic"/>
        </w:rPr>
        <w:t>☐</w:t>
      </w:r>
      <w:r>
        <w:rPr>
          <w:rFonts w:ascii="Arial" w:eastAsia="Arial" w:hAnsi="Arial" w:cs="Arial"/>
        </w:rPr>
        <w:t xml:space="preserve"> Accept       </w:t>
      </w:r>
      <w:r>
        <w:rPr>
          <w:rFonts w:ascii="MS Gothic" w:eastAsia="MS Gothic" w:hAnsi="MS Gothic" w:cs="MS Gothic"/>
        </w:rPr>
        <w:t>☐</w:t>
      </w:r>
      <w:r>
        <w:rPr>
          <w:rFonts w:ascii="Arial" w:eastAsia="Arial" w:hAnsi="Arial" w:cs="Arial"/>
        </w:rPr>
        <w:t xml:space="preserve"> Waitlist       </w:t>
      </w:r>
      <w:r>
        <w:rPr>
          <w:rFonts w:ascii="MS Gothic" w:eastAsia="MS Gothic" w:hAnsi="MS Gothic" w:cs="MS Gothic"/>
        </w:rPr>
        <w:t>☐</w:t>
      </w:r>
      <w:r>
        <w:rPr>
          <w:rFonts w:ascii="Arial" w:eastAsia="Arial" w:hAnsi="Arial" w:cs="Arial"/>
        </w:rPr>
        <w:t xml:space="preserve"> Decline</w:t>
      </w:r>
    </w:p>
    <w:p w14:paraId="1ECB2974" w14:textId="77777777" w:rsidR="00D57B9E" w:rsidRDefault="00000000">
      <w:pPr>
        <w:rPr>
          <w:rFonts w:ascii="Arial" w:eastAsia="Arial" w:hAnsi="Arial" w:cs="Arial"/>
        </w:rPr>
      </w:pPr>
      <w:r>
        <w:rPr>
          <w:rFonts w:ascii="Arial" w:eastAsia="Arial" w:hAnsi="Arial" w:cs="Arial"/>
        </w:rPr>
        <w:t xml:space="preserve">Notes / rationale: </w:t>
      </w:r>
    </w:p>
    <w:p w14:paraId="73020EB2" w14:textId="77777777" w:rsidR="00D57B9E" w:rsidRDefault="00000000">
      <w:pPr>
        <w:rPr>
          <w:rFonts w:ascii="Arial" w:eastAsia="Arial" w:hAnsi="Arial" w:cs="Arial"/>
        </w:rPr>
      </w:pPr>
      <w:r>
        <w:rPr>
          <w:color w:val="666666"/>
        </w:rPr>
        <w:t>Click or tap here to enter text.</w:t>
      </w:r>
    </w:p>
    <w:p w14:paraId="30FAAE6A" w14:textId="77777777" w:rsidR="00D57B9E" w:rsidRDefault="00D57B9E">
      <w:pPr>
        <w:rPr>
          <w:rFonts w:ascii="Arial" w:eastAsia="Arial" w:hAnsi="Arial" w:cs="Arial"/>
        </w:rPr>
      </w:pPr>
    </w:p>
    <w:p w14:paraId="1C01D3C7" w14:textId="77777777" w:rsidR="00D57B9E" w:rsidRDefault="00000000">
      <w:pPr>
        <w:rPr>
          <w:rFonts w:ascii="Arial" w:eastAsia="Arial" w:hAnsi="Arial" w:cs="Arial"/>
        </w:rPr>
      </w:pPr>
      <w:r>
        <w:rPr>
          <w:rFonts w:ascii="Arial" w:eastAsia="Arial" w:hAnsi="Arial" w:cs="Arial"/>
        </w:rPr>
        <w:t xml:space="preserve">Verifier: </w:t>
      </w:r>
      <w:r>
        <w:rPr>
          <w:color w:val="666666"/>
        </w:rPr>
        <w:t>Click or tap here to enter text.</w:t>
      </w:r>
      <w:r>
        <w:rPr>
          <w:rFonts w:ascii="Arial" w:eastAsia="Arial" w:hAnsi="Arial" w:cs="Arial"/>
        </w:rPr>
        <w:t xml:space="preserve">  </w:t>
      </w:r>
    </w:p>
    <w:p w14:paraId="0D2646C6" w14:textId="77777777" w:rsidR="00D57B9E" w:rsidRDefault="00000000">
      <w:pPr>
        <w:rPr>
          <w:rFonts w:ascii="Arial" w:eastAsia="Arial" w:hAnsi="Arial" w:cs="Arial"/>
        </w:rPr>
      </w:pPr>
      <w:r>
        <w:rPr>
          <w:rFonts w:ascii="Arial" w:eastAsia="Arial" w:hAnsi="Arial" w:cs="Arial"/>
        </w:rPr>
        <w:t>Date (DD/MM/YYYY</w:t>
      </w:r>
      <w:proofErr w:type="gramStart"/>
      <w:r>
        <w:rPr>
          <w:rFonts w:ascii="Arial" w:eastAsia="Arial" w:hAnsi="Arial" w:cs="Arial"/>
        </w:rPr>
        <w:t>) :</w:t>
      </w:r>
      <w:proofErr w:type="gramEnd"/>
      <w:r>
        <w:rPr>
          <w:rFonts w:ascii="Arial" w:eastAsia="Arial" w:hAnsi="Arial" w:cs="Arial"/>
        </w:rPr>
        <w:t xml:space="preserve"> </w:t>
      </w:r>
      <w:r>
        <w:rPr>
          <w:color w:val="666666"/>
        </w:rPr>
        <w:t>Click or tap here to enter text.</w:t>
      </w:r>
    </w:p>
    <w:sectPr w:rsidR="00D57B9E">
      <w:headerReference w:type="default" r:id="rId8"/>
      <w:footerReference w:type="default" r:id="rId9"/>
      <w:pgSz w:w="12240" w:h="15840"/>
      <w:pgMar w:top="1440" w:right="1800" w:bottom="1440" w:left="1800" w:header="454"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64559" w14:textId="77777777" w:rsidR="00E2724C" w:rsidRDefault="00E2724C">
      <w:pPr>
        <w:spacing w:after="0" w:line="240" w:lineRule="auto"/>
      </w:pPr>
      <w:r>
        <w:separator/>
      </w:r>
    </w:p>
  </w:endnote>
  <w:endnote w:type="continuationSeparator" w:id="0">
    <w:p w14:paraId="0370554A" w14:textId="77777777" w:rsidR="00E2724C" w:rsidRDefault="00E27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08B5996C-B415-4BFB-9301-8C254A8A0DE4}"/>
  </w:font>
  <w:font w:name="Cambria">
    <w:panose1 w:val="02040503050406030204"/>
    <w:charset w:val="00"/>
    <w:family w:val="roman"/>
    <w:pitch w:val="variable"/>
    <w:sig w:usb0="E00006FF" w:usb1="420024FF" w:usb2="02000000" w:usb3="00000000" w:csb0="0000019F" w:csb1="00000000"/>
    <w:embedRegular r:id="rId2" w:fontKey="{DE77A029-088C-419A-8CC0-E77052C73C6B}"/>
    <w:embedBold r:id="rId3" w:fontKey="{918FBC3F-35D0-4402-BAEE-4C47BAFC14EE}"/>
    <w:embedItalic r:id="rId4" w:fontKey="{CF9B6ED1-7838-4679-B543-FED26AF0C7B9}"/>
    <w:embedBoldItalic r:id="rId5" w:fontKey="{3023BCC1-3478-472B-BC3F-0B94797325F9}"/>
  </w:font>
  <w:font w:name="Calibri">
    <w:panose1 w:val="020F0502020204030204"/>
    <w:charset w:val="00"/>
    <w:family w:val="swiss"/>
    <w:pitch w:val="variable"/>
    <w:sig w:usb0="E4002EFF" w:usb1="C200247B" w:usb2="00000009" w:usb3="00000000" w:csb0="000001FF" w:csb1="00000000"/>
    <w:embedRegular r:id="rId6" w:fontKey="{74C2E469-1FFC-4CBD-A0E0-464A5FF02985}"/>
    <w:embedBold r:id="rId7" w:fontKey="{FFFA17BB-0936-465B-953B-8A11F432BD6B}"/>
    <w:embedItalic r:id="rId8" w:fontKey="{5EA200CA-DE1F-4C3F-B72B-10B0A9907E02}"/>
    <w:embedBoldItalic r:id="rId9" w:fontKey="{8F376114-2DD0-47FD-A073-3AA0559C801D}"/>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0" w:fontKey="{26FEC6CD-077D-4379-85C2-F5414FF787CD}"/>
    <w:embedItalic r:id="rId11" w:fontKey="{5BD233A1-CFEC-4EBE-A004-ED20081FB6FA}"/>
  </w:font>
  <w:font w:name="MS Gothic">
    <w:altName w:val="ＭＳ ゴシック"/>
    <w:panose1 w:val="020B0609070205080204"/>
    <w:charset w:val="80"/>
    <w:family w:val="modern"/>
    <w:pitch w:val="fixed"/>
    <w:sig w:usb0="E00002FF" w:usb1="6AC7FDFB" w:usb2="08000012" w:usb3="00000000" w:csb0="0002009F" w:csb1="00000000"/>
    <w:embedRegular r:id="rId12" w:subsetted="1" w:fontKey="{26AC3ED5-F53C-47F2-880F-0171C19F50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E5F8E" w14:textId="77777777" w:rsidR="00D57B9E" w:rsidRDefault="00000000">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9C432C">
      <w:rPr>
        <w:rFonts w:ascii="Arial" w:eastAsia="Arial" w:hAnsi="Arial" w:cs="Arial"/>
        <w:noProof/>
        <w:color w:val="000000"/>
      </w:rPr>
      <w:t>1</w:t>
    </w:r>
    <w:r>
      <w:rPr>
        <w:rFonts w:ascii="Arial" w:eastAsia="Arial" w:hAnsi="Arial" w:cs="Arial"/>
        <w:color w:val="000000"/>
      </w:rPr>
      <w:fldChar w:fldCharType="end"/>
    </w:r>
  </w:p>
  <w:p w14:paraId="7004CBD6" w14:textId="77777777" w:rsidR="00D57B9E" w:rsidRDefault="00D57B9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67E32" w14:textId="77777777" w:rsidR="00E2724C" w:rsidRDefault="00E2724C">
      <w:pPr>
        <w:spacing w:after="0" w:line="240" w:lineRule="auto"/>
      </w:pPr>
      <w:r>
        <w:separator/>
      </w:r>
    </w:p>
  </w:footnote>
  <w:footnote w:type="continuationSeparator" w:id="0">
    <w:p w14:paraId="2E606AF8" w14:textId="77777777" w:rsidR="00E2724C" w:rsidRDefault="00E272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C4BC6" w14:textId="77777777" w:rsidR="00D57B9E" w:rsidRDefault="00000000">
    <w:pPr>
      <w:pBdr>
        <w:top w:val="nil"/>
        <w:left w:val="nil"/>
        <w:bottom w:val="nil"/>
        <w:right w:val="nil"/>
        <w:between w:val="nil"/>
      </w:pBdr>
      <w:tabs>
        <w:tab w:val="center" w:pos="4680"/>
        <w:tab w:val="right" w:pos="9360"/>
      </w:tabs>
      <w:spacing w:after="0" w:line="240" w:lineRule="auto"/>
      <w:rPr>
        <w:color w:val="000000"/>
      </w:rPr>
    </w:pPr>
    <w:r>
      <w:rPr>
        <w:noProof/>
        <w:color w:val="000000"/>
      </w:rPr>
      <w:drawing>
        <wp:inline distT="0" distB="0" distL="0" distR="0" wp14:anchorId="7DA6AE25" wp14:editId="7E73BBDF">
          <wp:extent cx="1987992" cy="569682"/>
          <wp:effectExtent l="0" t="0" r="0" b="0"/>
          <wp:docPr id="1950081820" name="image1.png" descr="A black background with blue and purple letter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ack background with blue and purple letters&#10;&#10;AI-generated content may be incorrect."/>
                  <pic:cNvPicPr preferRelativeResize="0"/>
                </pic:nvPicPr>
                <pic:blipFill>
                  <a:blip r:embed="rId1"/>
                  <a:srcRect l="28259" t="32352" r="26495" b="4822"/>
                  <a:stretch>
                    <a:fillRect/>
                  </a:stretch>
                </pic:blipFill>
                <pic:spPr>
                  <a:xfrm>
                    <a:off x="0" y="0"/>
                    <a:ext cx="1987992" cy="56968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C5335"/>
    <w:multiLevelType w:val="multilevel"/>
    <w:tmpl w:val="CE24B428"/>
    <w:lvl w:ilvl="0">
      <w:start w:val="1"/>
      <w:numFmt w:val="decimal"/>
      <w:pStyle w:val="ListBullet3"/>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AC94650"/>
    <w:multiLevelType w:val="hybridMultilevel"/>
    <w:tmpl w:val="42541F8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D8D09FE"/>
    <w:multiLevelType w:val="multilevel"/>
    <w:tmpl w:val="02189C56"/>
    <w:lvl w:ilvl="0">
      <w:start w:val="1"/>
      <w:numFmt w:val="bullet"/>
      <w:pStyle w:val="List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61E138F9"/>
    <w:multiLevelType w:val="multilevel"/>
    <w:tmpl w:val="DE3075BC"/>
    <w:lvl w:ilvl="0">
      <w:start w:val="1"/>
      <w:numFmt w:val="bullet"/>
      <w:pStyle w:val="ListBullet2"/>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788A1F93"/>
    <w:multiLevelType w:val="multilevel"/>
    <w:tmpl w:val="158CFEFA"/>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2962240">
    <w:abstractNumId w:val="2"/>
  </w:num>
  <w:num w:numId="2" w16cid:durableId="1939484185">
    <w:abstractNumId w:val="3"/>
  </w:num>
  <w:num w:numId="3" w16cid:durableId="1827161398">
    <w:abstractNumId w:val="0"/>
  </w:num>
  <w:num w:numId="4" w16cid:durableId="656689102">
    <w:abstractNumId w:val="4"/>
  </w:num>
  <w:num w:numId="5" w16cid:durableId="18209220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77907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6073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readOnly" w:enforcement="1" w:cryptProviderType="rsaAES" w:cryptAlgorithmClass="hash" w:cryptAlgorithmType="typeAny" w:cryptAlgorithmSid="14" w:cryptSpinCount="100000" w:hash="7GUqnQ5PUsNT2N6+pNevPCSq+rYFw9Rd3qoQW6DPRu6+fTJcg/6v+CL6B2DAezHqc+vyy/Uu8Gmtq0jK18hkww==" w:salt="mABPyzAvF6oX9xCeTGKyV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B9E"/>
    <w:rsid w:val="001738FB"/>
    <w:rsid w:val="00970F93"/>
    <w:rsid w:val="009C432C"/>
    <w:rsid w:val="00CB4320"/>
    <w:rsid w:val="00D57B9E"/>
    <w:rsid w:val="00E2724C"/>
    <w:rsid w:val="00E50389"/>
    <w:rsid w:val="00F567D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14EAA"/>
  <w15:docId w15:val="{16B5A0D3-A6E4-47D4-BA5B-F7A778772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Calibri" w:hAnsi="Calibri" w:cs="Calibri"/>
      <w:i/>
      <w:iCs/>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597371"/>
    <w:rPr>
      <w:sz w:val="16"/>
      <w:szCs w:val="16"/>
    </w:rPr>
  </w:style>
  <w:style w:type="paragraph" w:styleId="CommentText">
    <w:name w:val="annotation text"/>
    <w:basedOn w:val="Normal"/>
    <w:link w:val="CommentTextChar"/>
    <w:uiPriority w:val="99"/>
    <w:unhideWhenUsed/>
    <w:rsid w:val="00597371"/>
    <w:pPr>
      <w:spacing w:line="240" w:lineRule="auto"/>
    </w:pPr>
    <w:rPr>
      <w:sz w:val="20"/>
      <w:szCs w:val="20"/>
    </w:rPr>
  </w:style>
  <w:style w:type="character" w:customStyle="1" w:styleId="CommentTextChar">
    <w:name w:val="Comment Text Char"/>
    <w:basedOn w:val="DefaultParagraphFont"/>
    <w:link w:val="CommentText"/>
    <w:uiPriority w:val="99"/>
    <w:rsid w:val="00597371"/>
    <w:rPr>
      <w:sz w:val="20"/>
      <w:szCs w:val="20"/>
    </w:rPr>
  </w:style>
  <w:style w:type="paragraph" w:styleId="CommentSubject">
    <w:name w:val="annotation subject"/>
    <w:basedOn w:val="CommentText"/>
    <w:next w:val="CommentText"/>
    <w:link w:val="CommentSubjectChar"/>
    <w:uiPriority w:val="99"/>
    <w:semiHidden/>
    <w:unhideWhenUsed/>
    <w:rsid w:val="00597371"/>
    <w:rPr>
      <w:b/>
      <w:bCs/>
    </w:rPr>
  </w:style>
  <w:style w:type="character" w:customStyle="1" w:styleId="CommentSubjectChar">
    <w:name w:val="Comment Subject Char"/>
    <w:basedOn w:val="CommentTextChar"/>
    <w:link w:val="CommentSubject"/>
    <w:uiPriority w:val="99"/>
    <w:semiHidden/>
    <w:rsid w:val="00597371"/>
    <w:rPr>
      <w:b/>
      <w:bCs/>
      <w:sz w:val="20"/>
      <w:szCs w:val="20"/>
    </w:rPr>
  </w:style>
  <w:style w:type="character" w:styleId="PlaceholderText">
    <w:name w:val="Placeholder Text"/>
    <w:basedOn w:val="DefaultParagraphFont"/>
    <w:uiPriority w:val="99"/>
    <w:semiHidden/>
    <w:rsid w:val="006374EA"/>
    <w:rPr>
      <w:color w:val="666666"/>
    </w:rPr>
  </w:style>
  <w:style w:type="paragraph" w:styleId="Subtitle">
    <w:name w:val="Subtitle"/>
    <w:basedOn w:val="Normal"/>
    <w:next w:val="Normal"/>
    <w:link w:val="SubtitleChar"/>
    <w:uiPriority w:val="11"/>
    <w:qFormat/>
    <w:rPr>
      <w:rFonts w:ascii="Calibri" w:eastAsia="Calibri" w:hAnsi="Calibri" w:cs="Calibri"/>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fkPptWBiyW2i4EHbuhlyh3UMEg==">CgMxLjA4AHIhMW9Zd08wdmlLYk9RRXYwcXhmUTJtRmxKOE9fVmVFdVlt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f3146451-6fc4-4dbb-9ff5-06a0b75dffa4}" enabled="1" method="Standard" siteId="{8b793201-bed7-4ad0-b265-3e6b41c2f5b7}"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6</Pages>
  <Words>1140</Words>
  <Characters>6499</Characters>
  <Application>Microsoft Office Word</Application>
  <DocSecurity>8</DocSecurity>
  <Lines>54</Lines>
  <Paragraphs>15</Paragraphs>
  <ScaleCrop>false</ScaleCrop>
  <Company>SUSS-IAL</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Emma Wong Pei Hua</cp:lastModifiedBy>
  <cp:revision>2</cp:revision>
  <dcterms:created xsi:type="dcterms:W3CDTF">2026-08-06T10:52:00Z</dcterms:created>
  <dcterms:modified xsi:type="dcterms:W3CDTF">2026-08-06T10:52:00Z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0x0101007725D7F512B4E845907ACC549B7DE775</vt:lpwstr>
  </property>
  <property fmtid="{D5CDD505-2E9C-101B-9397-08002B2CF9AE}" pid="3" name="GrammarlyDocumentId">
    <vt:lpwstr>0d9df78a-b4ce-41f4-912a-03ed1ecb79e8</vt:lpwstr>
  </property>
  <property fmtid="{D5CDD505-2E9C-101B-9397-08002B2CF9AE}" pid="4" name="MediaServiceImageTags">
    <vt:lpwstr/>
  </property>
</Properties>
</file>